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8280"/>
      </w:tblGrid>
      <w:tr w:rsidR="001C17E3" w14:paraId="01553F7D" w14:textId="77777777">
        <w:trPr>
          <w:cantSplit/>
          <w:jc w:val="center"/>
        </w:trPr>
        <w:tc>
          <w:tcPr>
            <w:tcW w:w="2376" w:type="dxa"/>
          </w:tcPr>
          <w:p w14:paraId="562873EE" w14:textId="77777777" w:rsidR="001C17E3" w:rsidRDefault="001C17E3"/>
        </w:tc>
        <w:tc>
          <w:tcPr>
            <w:tcW w:w="8280" w:type="dxa"/>
          </w:tcPr>
          <w:p w14:paraId="68F45B08" w14:textId="77777777" w:rsidR="001C17E3" w:rsidRDefault="00000000">
            <w:pPr>
              <w:spacing w:after="0"/>
              <w:jc w:val="right"/>
            </w:pPr>
            <w:r>
              <w:rPr>
                <w:b/>
                <w:color w:val="17458F"/>
                <w:sz w:val="36"/>
              </w:rPr>
              <w:t>Rotary Club of Hamilton AM</w:t>
            </w:r>
            <w:r>
              <w:rPr>
                <w:i/>
              </w:rPr>
              <w:br/>
              <w:t>Making a difference through service above self</w:t>
            </w:r>
            <w:r>
              <w:br/>
              <w:t>Healthy and prosperous communities</w:t>
            </w:r>
            <w:r>
              <w:rPr>
                <w:sz w:val="17"/>
              </w:rPr>
              <w:br/>
              <w:t>Fellowship • Global Understanding • Ethics &amp; Integrity • Diversity</w:t>
            </w:r>
          </w:p>
        </w:tc>
      </w:tr>
    </w:tbl>
    <w:p w14:paraId="3E71625F" w14:textId="77777777" w:rsidR="001C17E3" w:rsidRDefault="00000000">
      <w:pPr>
        <w:pStyle w:val="Title"/>
        <w:jc w:val="center"/>
      </w:pPr>
      <w:r>
        <w:t>MEMBERSHIP APPLICATION</w:t>
      </w:r>
    </w:p>
    <w:p w14:paraId="1ED7A6B0" w14:textId="77777777" w:rsidR="001C17E3" w:rsidRDefault="00000000">
      <w:pPr>
        <w:jc w:val="center"/>
      </w:pPr>
      <w:r>
        <w:t>We are pleased you are considering membership in the Rotary Club of Hamilton AM. Please tell us a little about yourself and your interest in joining our club.</w:t>
      </w:r>
    </w:p>
    <w:p w14:paraId="52227A83" w14:textId="77777777" w:rsidR="001C17E3" w:rsidRDefault="00000000">
      <w:pPr>
        <w:pStyle w:val="Heading1"/>
      </w:pPr>
      <w:r>
        <w:t>Membership details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284"/>
        <w:gridCol w:w="5372"/>
      </w:tblGrid>
      <w:tr w:rsidR="001C17E3" w14:paraId="602EE698" w14:textId="77777777">
        <w:trPr>
          <w:cantSplit/>
          <w:jc w:val="center"/>
        </w:trPr>
        <w:tc>
          <w:tcPr>
            <w:tcW w:w="528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C2E5DC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Date membership proposed</w:t>
            </w:r>
            <w:r>
              <w:br/>
            </w:r>
          </w:p>
        </w:tc>
        <w:tc>
          <w:tcPr>
            <w:tcW w:w="528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F8DC79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Proposer name and phone</w:t>
            </w:r>
            <w:r>
              <w:br/>
            </w:r>
          </w:p>
        </w:tc>
      </w:tr>
      <w:tr w:rsidR="001C17E3" w14:paraId="049789CD" w14:textId="77777777">
        <w:trPr>
          <w:cantSplit/>
          <w:jc w:val="center"/>
        </w:trPr>
        <w:tc>
          <w:tcPr>
            <w:tcW w:w="10656" w:type="dxa"/>
            <w:gridSpan w:val="2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shd w:val="clear" w:color="auto" w:fill="EAF1F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5150DB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Proposed membership category</w:t>
            </w:r>
            <w:r>
              <w:rPr>
                <w:sz w:val="18"/>
              </w:rPr>
              <w:br/>
              <w:t>☐ Active    ($295/year)        ☐ Active under 40    ($195/year)</w:t>
            </w:r>
          </w:p>
        </w:tc>
      </w:tr>
    </w:tbl>
    <w:p w14:paraId="448E1F58" w14:textId="77777777" w:rsidR="001C17E3" w:rsidRDefault="00000000">
      <w:pPr>
        <w:pStyle w:val="Heading1"/>
      </w:pPr>
      <w:r>
        <w:t>Candidate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744"/>
        <w:gridCol w:w="3744"/>
        <w:gridCol w:w="3096"/>
      </w:tblGrid>
      <w:tr w:rsidR="001C17E3" w14:paraId="131692E3" w14:textId="77777777">
        <w:trPr>
          <w:cantSplit/>
          <w:jc w:val="center"/>
        </w:trPr>
        <w:tc>
          <w:tcPr>
            <w:tcW w:w="374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554156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Preferred first name / first name</w:t>
            </w:r>
            <w:r>
              <w:br/>
            </w:r>
          </w:p>
        </w:tc>
        <w:tc>
          <w:tcPr>
            <w:tcW w:w="374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B84AA6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Last name</w:t>
            </w:r>
            <w:r>
              <w:br/>
            </w:r>
          </w:p>
        </w:tc>
        <w:tc>
          <w:tcPr>
            <w:tcW w:w="3096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91483F2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Pronouns (optional)</w:t>
            </w:r>
            <w:r>
              <w:br/>
            </w:r>
          </w:p>
        </w:tc>
      </w:tr>
      <w:tr w:rsidR="001C17E3" w14:paraId="353B447B" w14:textId="77777777">
        <w:trPr>
          <w:cantSplit/>
          <w:jc w:val="center"/>
        </w:trPr>
        <w:tc>
          <w:tcPr>
            <w:tcW w:w="374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0DDC3D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Home address</w:t>
            </w:r>
            <w:r>
              <w:br/>
            </w:r>
          </w:p>
        </w:tc>
        <w:tc>
          <w:tcPr>
            <w:tcW w:w="374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2C6FED5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City / Province</w:t>
            </w:r>
            <w:r>
              <w:br/>
            </w:r>
          </w:p>
        </w:tc>
        <w:tc>
          <w:tcPr>
            <w:tcW w:w="3096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2AEFB9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Postal code</w:t>
            </w:r>
            <w:r>
              <w:br/>
            </w:r>
          </w:p>
        </w:tc>
      </w:tr>
      <w:tr w:rsidR="001C17E3" w14:paraId="3E6CBB6F" w14:textId="77777777">
        <w:trPr>
          <w:cantSplit/>
          <w:jc w:val="center"/>
        </w:trPr>
        <w:tc>
          <w:tcPr>
            <w:tcW w:w="374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BEFCF9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Cell phone</w:t>
            </w:r>
            <w:r>
              <w:br/>
            </w:r>
          </w:p>
        </w:tc>
        <w:tc>
          <w:tcPr>
            <w:tcW w:w="374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FBB193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Personal email</w:t>
            </w:r>
            <w:r>
              <w:br/>
            </w:r>
          </w:p>
        </w:tc>
        <w:tc>
          <w:tcPr>
            <w:tcW w:w="3096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D83B6D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Date of birth</w:t>
            </w:r>
            <w:r>
              <w:br/>
            </w:r>
          </w:p>
        </w:tc>
      </w:tr>
    </w:tbl>
    <w:p w14:paraId="6C5F6E75" w14:textId="77777777" w:rsidR="001C17E3" w:rsidRDefault="00000000">
      <w:pPr>
        <w:pStyle w:val="Heading1"/>
      </w:pPr>
      <w:r>
        <w:t>Vocation</w:t>
      </w:r>
    </w:p>
    <w:p w14:paraId="241D763E" w14:textId="77777777" w:rsidR="001C17E3" w:rsidRDefault="00000000">
      <w:pPr>
        <w:spacing w:after="80"/>
      </w:pPr>
      <w:r>
        <w:t>☐ Currently employed / self-employed     ☐ Retired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20"/>
        <w:gridCol w:w="3816"/>
        <w:gridCol w:w="2448"/>
      </w:tblGrid>
      <w:tr w:rsidR="001C17E3" w14:paraId="3D1D232D" w14:textId="77777777">
        <w:trPr>
          <w:cantSplit/>
          <w:jc w:val="center"/>
        </w:trPr>
        <w:tc>
          <w:tcPr>
            <w:tcW w:w="4320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4DE631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Employer / organization</w:t>
            </w:r>
            <w:r>
              <w:br/>
            </w:r>
          </w:p>
        </w:tc>
        <w:tc>
          <w:tcPr>
            <w:tcW w:w="3816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84AC15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Position / profession</w:t>
            </w:r>
            <w:r>
              <w:br/>
            </w:r>
          </w:p>
        </w:tc>
        <w:tc>
          <w:tcPr>
            <w:tcW w:w="2448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CA8A00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Years in vocation</w:t>
            </w:r>
            <w:r>
              <w:br/>
            </w:r>
          </w:p>
        </w:tc>
      </w:tr>
      <w:tr w:rsidR="001C17E3" w14:paraId="548B1706" w14:textId="77777777">
        <w:trPr>
          <w:cantSplit/>
          <w:jc w:val="center"/>
        </w:trPr>
        <w:tc>
          <w:tcPr>
            <w:tcW w:w="4320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DB54E2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Work email (optional)</w:t>
            </w:r>
            <w:r>
              <w:br/>
            </w:r>
          </w:p>
        </w:tc>
        <w:tc>
          <w:tcPr>
            <w:tcW w:w="3816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542C47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Work phone (optional)</w:t>
            </w:r>
            <w:r>
              <w:br/>
            </w:r>
          </w:p>
        </w:tc>
        <w:tc>
          <w:tcPr>
            <w:tcW w:w="2448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339941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Website / LinkedIn (optional)</w:t>
            </w:r>
            <w:r>
              <w:br/>
            </w:r>
          </w:p>
        </w:tc>
      </w:tr>
    </w:tbl>
    <w:p w14:paraId="76FF14CC" w14:textId="77777777" w:rsidR="001C17E3" w:rsidRDefault="00000000">
      <w:pPr>
        <w:pStyle w:val="Heading1"/>
      </w:pPr>
      <w:r>
        <w:t>Past Rotary involvement</w:t>
      </w:r>
    </w:p>
    <w:p w14:paraId="32CDCB39" w14:textId="77777777" w:rsidR="001C17E3" w:rsidRDefault="00000000">
      <w:r>
        <w:t>Have you been a Rotarian before?   ☐ No   ☐ Yes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68"/>
        <w:gridCol w:w="3816"/>
      </w:tblGrid>
      <w:tr w:rsidR="001C17E3" w14:paraId="0DB8F70C" w14:textId="77777777">
        <w:trPr>
          <w:cantSplit/>
          <w:jc w:val="center"/>
        </w:trPr>
        <w:tc>
          <w:tcPr>
            <w:tcW w:w="6768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FA1FF4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If yes, which Rotary club(s)?</w:t>
            </w:r>
            <w:r>
              <w:br/>
            </w:r>
            <w:r>
              <w:br/>
            </w:r>
          </w:p>
        </w:tc>
        <w:tc>
          <w:tcPr>
            <w:tcW w:w="3816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A889BD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Years of membership</w:t>
            </w:r>
            <w:r>
              <w:br/>
            </w:r>
            <w:r>
              <w:br/>
            </w:r>
          </w:p>
        </w:tc>
      </w:tr>
    </w:tbl>
    <w:p w14:paraId="0BEA439B" w14:textId="77777777" w:rsidR="001C17E3" w:rsidRDefault="00000000">
      <w:pPr>
        <w:pStyle w:val="Heading1"/>
      </w:pPr>
      <w:r>
        <w:t>Tell us a bit more about yourself and why you want to join our Rotary club</w:t>
      </w:r>
    </w:p>
    <w:p w14:paraId="35304649" w14:textId="77777777" w:rsidR="001C17E3" w:rsidRDefault="00000000">
      <w:pPr>
        <w:spacing w:after="80"/>
      </w:pPr>
      <w:r>
        <w:t>You may wish to tell us about your interests, community involvement, volunteer experience, causes you care about, or what you hope to contribute and gain through Rotary.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584"/>
      </w:tblGrid>
      <w:tr w:rsidR="001C17E3" w14:paraId="17FA3982" w14:textId="77777777">
        <w:trPr>
          <w:cantSplit/>
          <w:trHeight w:val="461"/>
          <w:jc w:val="center"/>
        </w:trPr>
        <w:tc>
          <w:tcPr>
            <w:tcW w:w="10584" w:type="dxa"/>
            <w:tcBorders>
              <w:top w:val="single" w:sz="5" w:space="0" w:color="C4CCD5"/>
              <w:left w:val="single" w:sz="5" w:space="0" w:color="C4CCD5"/>
              <w:bottom w:val="single" w:sz="5" w:space="0" w:color="C4CCD5"/>
              <w:right w:val="single" w:sz="5" w:space="0" w:color="C4CCD5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05221C" w14:textId="77777777" w:rsidR="001C17E3" w:rsidRDefault="001C17E3"/>
        </w:tc>
      </w:tr>
    </w:tbl>
    <w:p w14:paraId="757CDF94" w14:textId="77777777" w:rsidR="001C17E3" w:rsidRDefault="00000000">
      <w:pPr>
        <w:pStyle w:val="Heading1"/>
        <w:pageBreakBefore/>
      </w:pPr>
      <w:r>
        <w:lastRenderedPageBreak/>
        <w:t>About Rotary and the Rotary Club of Hamilton AM</w:t>
      </w:r>
    </w:p>
    <w:p w14:paraId="529A292D" w14:textId="77777777" w:rsidR="001C17E3" w:rsidRDefault="00000000">
      <w:r>
        <w:t>The Rotary Club of Hamilton AM brings together business, professional and community leaders who share a commitment to service, fellowship and stronger communities.</w:t>
      </w:r>
    </w:p>
    <w:p w14:paraId="7F2A7949" w14:textId="77777777" w:rsidR="001C17E3" w:rsidRDefault="00000000">
      <w:r>
        <w:t>Our club normally meets Wednesday mornings, formally beginning at 7:30 a.m. (with informal fellowship from 7:00 a.m.) at Williams Fresh Café, 47 Discovery Drive, Hamilton. Meeting schedules may occasionally change for special events, holidays or virtual participation.</w:t>
      </w:r>
    </w:p>
    <w:p w14:paraId="1B7BF2D6" w14:textId="77777777" w:rsidR="001C17E3" w:rsidRDefault="00000000">
      <w:r>
        <w:t>Membership offers opportunities to learn about community needs, build relationships, volunteer, contribute to fundraising and participate in the wider Rotary community through District 7090 and Rotary International.</w:t>
      </w:r>
    </w:p>
    <w:p w14:paraId="7D1FC565" w14:textId="77777777" w:rsidR="001C17E3" w:rsidRDefault="00000000">
      <w:pPr>
        <w:pStyle w:val="Heading1"/>
      </w:pPr>
      <w:r>
        <w:t>Membership commitments</w:t>
      </w:r>
    </w:p>
    <w:p w14:paraId="46E4A2BC" w14:textId="77777777" w:rsidR="001C17E3" w:rsidRDefault="00000000">
      <w:pPr>
        <w:ind w:left="72"/>
      </w:pPr>
      <w:r>
        <w:rPr>
          <w:sz w:val="22"/>
        </w:rPr>
        <w:t xml:space="preserve">☐  </w:t>
      </w:r>
      <w:r>
        <w:t>I understand Rotary is a service club and members are expected to contribute time and service in addition to attending club meetings.</w:t>
      </w:r>
    </w:p>
    <w:p w14:paraId="4C43E7A1" w14:textId="77777777" w:rsidR="001C17E3" w:rsidRDefault="00000000">
      <w:pPr>
        <w:ind w:left="72"/>
      </w:pPr>
      <w:r>
        <w:rPr>
          <w:sz w:val="22"/>
        </w:rPr>
        <w:t xml:space="preserve">☐  </w:t>
      </w:r>
      <w:r>
        <w:t>I understand the club meets weekly and members are encouraged to maintain at least 50% participation (approximately 25 meetings per year). Committee work, service activities, events and attendance at other Rotary functions may also count toward participation.</w:t>
      </w:r>
    </w:p>
    <w:p w14:paraId="6419E374" w14:textId="77777777" w:rsidR="001C17E3" w:rsidRDefault="00000000">
      <w:pPr>
        <w:ind w:left="72"/>
      </w:pPr>
      <w:r>
        <w:rPr>
          <w:sz w:val="22"/>
        </w:rPr>
        <w:t xml:space="preserve">☐  </w:t>
      </w:r>
      <w:r>
        <w:t>I understand that, in addition to annual membership dues, members are encouraged to support club activities and fundraising, which may involve additional voluntary financial contributions.</w:t>
      </w:r>
    </w:p>
    <w:p w14:paraId="5037BC6C" w14:textId="77777777" w:rsidR="001C17E3" w:rsidRDefault="00000000">
      <w:pPr>
        <w:ind w:left="72"/>
      </w:pPr>
      <w:r>
        <w:rPr>
          <w:sz w:val="22"/>
        </w:rPr>
        <w:t xml:space="preserve">☐  </w:t>
      </w:r>
      <w:r>
        <w:t>I understand that contributions to The Rotary Foundation, including becoming a sustaining member, are encouraged but are not required.</w:t>
      </w:r>
    </w:p>
    <w:p w14:paraId="05444890" w14:textId="77777777" w:rsidR="001C17E3" w:rsidRDefault="00000000">
      <w:pPr>
        <w:pStyle w:val="Heading1"/>
      </w:pPr>
      <w:r>
        <w:t>Proposed member application process</w:t>
      </w:r>
    </w:p>
    <w:p w14:paraId="27A0812C" w14:textId="77777777" w:rsidR="001C17E3" w:rsidRDefault="00000000">
      <w:pPr>
        <w:ind w:left="288" w:hanging="216"/>
      </w:pPr>
      <w:r>
        <w:rPr>
          <w:b/>
        </w:rPr>
        <w:t xml:space="preserve">• </w:t>
      </w:r>
      <w:r>
        <w:t>Complete and sign this application and submit it to the Membership Committee Chair.</w:t>
      </w:r>
    </w:p>
    <w:p w14:paraId="53884C0D" w14:textId="77777777" w:rsidR="001C17E3" w:rsidRDefault="00000000">
      <w:pPr>
        <w:ind w:left="288" w:hanging="216"/>
      </w:pPr>
      <w:r>
        <w:rPr>
          <w:b/>
        </w:rPr>
        <w:t xml:space="preserve">• </w:t>
      </w:r>
      <w:r>
        <w:t>A member of the Membership Committee will review the application and meet with the proposed member.</w:t>
      </w:r>
    </w:p>
    <w:p w14:paraId="2EDA6B1C" w14:textId="77777777" w:rsidR="001C17E3" w:rsidRDefault="00000000">
      <w:pPr>
        <w:ind w:left="288" w:hanging="216"/>
      </w:pPr>
      <w:r>
        <w:rPr>
          <w:b/>
        </w:rPr>
        <w:t xml:space="preserve">• </w:t>
      </w:r>
      <w:r>
        <w:t>The Membership Committee Chair submits the application to the Board of Directors for consideration.</w:t>
      </w:r>
    </w:p>
    <w:p w14:paraId="0C4BE997" w14:textId="77777777" w:rsidR="001C17E3" w:rsidRDefault="00000000">
      <w:pPr>
        <w:ind w:left="288" w:hanging="216"/>
      </w:pPr>
      <w:r>
        <w:rPr>
          <w:b/>
        </w:rPr>
        <w:t xml:space="preserve">• </w:t>
      </w:r>
      <w:r>
        <w:t>If the Board approves the application, the proposed membership is shared with club members in accordance with club procedures.</w:t>
      </w:r>
    </w:p>
    <w:p w14:paraId="574D0638" w14:textId="77777777" w:rsidR="001C17E3" w:rsidRDefault="00000000">
      <w:pPr>
        <w:ind w:left="288" w:hanging="216"/>
      </w:pPr>
      <w:r>
        <w:rPr>
          <w:b/>
        </w:rPr>
        <w:t xml:space="preserve">• </w:t>
      </w:r>
      <w:r>
        <w:t>Once the process is complete and applicable dues are received, the new member is welcomed and formally inducted into the club.</w:t>
      </w:r>
    </w:p>
    <w:p w14:paraId="40F46D4F" w14:textId="77777777" w:rsidR="001C17E3" w:rsidRDefault="00000000">
      <w:pPr>
        <w:pStyle w:val="Heading1"/>
      </w:pPr>
      <w:r>
        <w:t>Applicant acknowledgement</w:t>
      </w:r>
    </w:p>
    <w:p w14:paraId="7C1236CE" w14:textId="77777777" w:rsidR="001C17E3" w:rsidRDefault="00000000">
      <w:pPr>
        <w:spacing w:after="80"/>
      </w:pPr>
      <w:r>
        <w:t>I have read and understand the information above and would like to be considered for membership in the Rotary Club of Hamilton AM.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2304"/>
        <w:gridCol w:w="3671"/>
      </w:tblGrid>
      <w:tr w:rsidR="001C17E3" w14:paraId="34068C1D" w14:textId="77777777">
        <w:trPr>
          <w:cantSplit/>
          <w:jc w:val="center"/>
        </w:trPr>
        <w:tc>
          <w:tcPr>
            <w:tcW w:w="4608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CD6522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Applicant signature</w:t>
            </w:r>
            <w:r>
              <w:br/>
            </w:r>
            <w:r>
              <w:br/>
            </w:r>
          </w:p>
        </w:tc>
        <w:tc>
          <w:tcPr>
            <w:tcW w:w="2304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ADC390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Date</w:t>
            </w:r>
            <w:r>
              <w:br/>
            </w:r>
            <w:r>
              <w:br/>
            </w:r>
          </w:p>
        </w:tc>
        <w:tc>
          <w:tcPr>
            <w:tcW w:w="3671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34289A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6"/>
              </w:rPr>
              <w:t>Proposer signature (optional)</w:t>
            </w:r>
            <w:r>
              <w:br/>
            </w:r>
            <w:r>
              <w:br/>
            </w:r>
          </w:p>
        </w:tc>
      </w:tr>
    </w:tbl>
    <w:p w14:paraId="7A3A0B26" w14:textId="77777777" w:rsidR="001C17E3" w:rsidRDefault="00000000">
      <w:pPr>
        <w:pStyle w:val="Heading1"/>
      </w:pPr>
      <w:r>
        <w:t>For club administration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49"/>
        <w:gridCol w:w="2649"/>
        <w:gridCol w:w="2649"/>
        <w:gridCol w:w="2649"/>
      </w:tblGrid>
      <w:tr w:rsidR="001C17E3" w14:paraId="2708D71B" w14:textId="77777777">
        <w:trPr>
          <w:cantSplit/>
          <w:jc w:val="center"/>
        </w:trPr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CAB01C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Membership Chair review date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DD2ED07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Board approval date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DBEAA0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Induction date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C4E81A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Dues received date</w:t>
            </w:r>
            <w:r>
              <w:br/>
            </w:r>
          </w:p>
        </w:tc>
      </w:tr>
      <w:tr w:rsidR="001C17E3" w14:paraId="45D542BF" w14:textId="77777777">
        <w:trPr>
          <w:cantSplit/>
          <w:jc w:val="center"/>
        </w:trPr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31005A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Billed amount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E7327F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Billing of record date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88F5A6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ClubRunner entry date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44AE08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Welcome letter date</w:t>
            </w:r>
            <w:r>
              <w:br/>
            </w:r>
          </w:p>
        </w:tc>
      </w:tr>
      <w:tr w:rsidR="001C17E3" w14:paraId="7DA103D3" w14:textId="77777777">
        <w:trPr>
          <w:cantSplit/>
          <w:jc w:val="center"/>
        </w:trPr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6E6B10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Membership category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0DF7D7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Annual dues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9C155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Member number</w:t>
            </w:r>
            <w:r>
              <w:br/>
            </w:r>
          </w:p>
        </w:tc>
        <w:tc>
          <w:tcPr>
            <w:tcW w:w="2649" w:type="dxa"/>
            <w:tcBorders>
              <w:top w:val="single" w:sz="6" w:space="0" w:color="B7C3D0"/>
              <w:left w:val="single" w:sz="6" w:space="0" w:color="B7C3D0"/>
              <w:bottom w:val="single" w:sz="6" w:space="0" w:color="B7C3D0"/>
              <w:right w:val="single" w:sz="6" w:space="0" w:color="B7C3D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AAA5A2" w14:textId="77777777" w:rsidR="001C17E3" w:rsidRDefault="00000000">
            <w:pPr>
              <w:spacing w:after="0"/>
            </w:pPr>
            <w:r>
              <w:rPr>
                <w:b/>
                <w:color w:val="17458F"/>
                <w:sz w:val="15"/>
              </w:rPr>
              <w:t>Notes</w:t>
            </w:r>
            <w:r>
              <w:br/>
            </w:r>
          </w:p>
        </w:tc>
      </w:tr>
    </w:tbl>
    <w:p w14:paraId="251CBCE6" w14:textId="77777777" w:rsidR="006C5246" w:rsidRDefault="006C5246"/>
    <w:sectPr w:rsidR="006C5246" w:rsidSect="00034616">
      <w:footerReference w:type="default" r:id="rId8"/>
      <w:pgSz w:w="12240" w:h="15840"/>
      <w:pgMar w:top="648" w:right="792" w:bottom="648" w:left="7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CD402" w14:textId="77777777" w:rsidR="006C5246" w:rsidRDefault="006C5246">
      <w:pPr>
        <w:spacing w:after="0" w:line="240" w:lineRule="auto"/>
      </w:pPr>
      <w:r>
        <w:separator/>
      </w:r>
    </w:p>
  </w:endnote>
  <w:endnote w:type="continuationSeparator" w:id="0">
    <w:p w14:paraId="546E4EEC" w14:textId="77777777" w:rsidR="006C5246" w:rsidRDefault="006C5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73DC9" w14:textId="77777777" w:rsidR="001C17E3" w:rsidRDefault="00000000">
    <w:pPr>
      <w:pStyle w:val="Footer"/>
      <w:jc w:val="center"/>
    </w:pPr>
    <w:r>
      <w:rPr>
        <w:color w:val="777777"/>
        <w:sz w:val="15"/>
      </w:rPr>
      <w:t>Rotary Club of Hamilton AM  |  Membership Application  |  membership@hamiltonamrotary.ca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548FF" w14:textId="77777777" w:rsidR="006C5246" w:rsidRDefault="006C5246">
      <w:pPr>
        <w:spacing w:after="0" w:line="240" w:lineRule="auto"/>
      </w:pPr>
      <w:r>
        <w:separator/>
      </w:r>
    </w:p>
  </w:footnote>
  <w:footnote w:type="continuationSeparator" w:id="0">
    <w:p w14:paraId="53F6E4E4" w14:textId="77777777" w:rsidR="006C5246" w:rsidRDefault="006C52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4613821">
    <w:abstractNumId w:val="8"/>
  </w:num>
  <w:num w:numId="2" w16cid:durableId="1353454614">
    <w:abstractNumId w:val="6"/>
  </w:num>
  <w:num w:numId="3" w16cid:durableId="1584758287">
    <w:abstractNumId w:val="5"/>
  </w:num>
  <w:num w:numId="4" w16cid:durableId="1444303918">
    <w:abstractNumId w:val="4"/>
  </w:num>
  <w:num w:numId="5" w16cid:durableId="1158882789">
    <w:abstractNumId w:val="7"/>
  </w:num>
  <w:num w:numId="6" w16cid:durableId="548221868">
    <w:abstractNumId w:val="3"/>
  </w:num>
  <w:num w:numId="7" w16cid:durableId="1010375792">
    <w:abstractNumId w:val="2"/>
  </w:num>
  <w:num w:numId="8" w16cid:durableId="1680237571">
    <w:abstractNumId w:val="1"/>
  </w:num>
  <w:num w:numId="9" w16cid:durableId="1167985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17E3"/>
    <w:rsid w:val="0029639D"/>
    <w:rsid w:val="00326F90"/>
    <w:rsid w:val="006C5246"/>
    <w:rsid w:val="00A276BF"/>
    <w:rsid w:val="00AA1D8D"/>
    <w:rsid w:val="00B47730"/>
    <w:rsid w:val="00CB0664"/>
    <w:rsid w:val="00EA0A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37F0EA"/>
  <w14:defaultImageDpi w14:val="300"/>
  <w15:docId w15:val="{BEFAD3C9-0773-4027-AC68-32527F59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/>
    </w:pPr>
    <w:rPr>
      <w:rFonts w:ascii="Aptos" w:hAnsi="Aptos"/>
      <w:sz w:val="19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/>
      <w:b/>
      <w:bCs/>
      <w:color w:val="17458F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/>
      <w:b/>
      <w:bCs/>
      <w:color w:val="17458F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before="120" w:after="80" w:line="240" w:lineRule="auto"/>
      <w:contextualSpacing/>
    </w:pPr>
    <w:rPr>
      <w:rFonts w:asciiTheme="majorHAnsi" w:eastAsiaTheme="majorEastAsia" w:hAnsiTheme="majorHAnsi" w:cstheme="majorBidi"/>
      <w:b/>
      <w:color w:val="17458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Ewer</cp:lastModifiedBy>
  <cp:revision>2</cp:revision>
  <dcterms:created xsi:type="dcterms:W3CDTF">2026-09-06T01:46:00Z</dcterms:created>
  <dcterms:modified xsi:type="dcterms:W3CDTF">2026-09-06T01:46:00Z</dcterms:modified>
  <cp:category/>
</cp:coreProperties>
</file>