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A8BBD4" w14:textId="208CD79C" w:rsidR="001779EA" w:rsidRPr="008B5EDA" w:rsidRDefault="008B5EDA">
      <w:pPr>
        <w:pStyle w:val="Title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8B5EDA">
        <w:rPr>
          <w:sz w:val="32"/>
          <w:szCs w:val="32"/>
        </w:rPr>
        <w:t>2026 Flag Day 5K Race &amp; Walk</w:t>
      </w:r>
      <w:r w:rsidRPr="008B5EDA">
        <w:rPr>
          <w:sz w:val="32"/>
          <w:szCs w:val="32"/>
        </w:rPr>
        <w:br/>
        <w:t>Celebrating America's 250th Anniversary</w:t>
      </w:r>
    </w:p>
    <w:p w14:paraId="44AB8422" w14:textId="170BB230" w:rsidR="008B5EDA" w:rsidRPr="00F93EF3" w:rsidRDefault="008B5EDA" w:rsidP="008B5EDA">
      <w:pPr>
        <w:pStyle w:val="Heading1"/>
        <w:spacing w:before="0" w:line="240" w:lineRule="auto"/>
        <w:rPr>
          <w:rFonts w:asciiTheme="minorHAnsi" w:eastAsiaTheme="minorEastAsia" w:hAnsiTheme="minorHAnsi" w:cstheme="minorBidi"/>
          <w:b w:val="0"/>
          <w:bCs w:val="0"/>
          <w:i/>
          <w:iCs/>
          <w:color w:val="auto"/>
          <w:sz w:val="32"/>
          <w:szCs w:val="32"/>
        </w:rPr>
      </w:pPr>
      <w:r w:rsidRPr="00F93EF3">
        <w:rPr>
          <w:rFonts w:asciiTheme="minorHAnsi" w:eastAsiaTheme="minorEastAsia" w:hAnsiTheme="minorHAnsi" w:cstheme="minorBidi"/>
          <w:i/>
          <w:iCs/>
          <w:color w:val="auto"/>
          <w:sz w:val="32"/>
          <w:szCs w:val="32"/>
        </w:rPr>
        <w:t>Dear Community Partner</w:t>
      </w:r>
      <w:r w:rsidR="00DE5E79" w:rsidRPr="00F93EF3">
        <w:rPr>
          <w:rFonts w:asciiTheme="minorHAnsi" w:eastAsiaTheme="minorEastAsia" w:hAnsiTheme="minorHAnsi" w:cstheme="minorBidi"/>
          <w:i/>
          <w:iCs/>
          <w:color w:val="auto"/>
          <w:sz w:val="32"/>
          <w:szCs w:val="32"/>
        </w:rPr>
        <w:t>s</w:t>
      </w:r>
      <w:r w:rsidRPr="00F93EF3">
        <w:rPr>
          <w:rFonts w:asciiTheme="minorHAnsi" w:eastAsiaTheme="minorEastAsia" w:hAnsiTheme="minorHAnsi" w:cstheme="minorBidi"/>
          <w:b w:val="0"/>
          <w:bCs w:val="0"/>
          <w:i/>
          <w:iCs/>
          <w:color w:val="auto"/>
          <w:sz w:val="32"/>
          <w:szCs w:val="32"/>
        </w:rPr>
        <w:t>,</w:t>
      </w:r>
    </w:p>
    <w:p w14:paraId="44C0531D" w14:textId="77777777" w:rsidR="008B5EDA" w:rsidRPr="008B5EDA" w:rsidRDefault="008B5EDA" w:rsidP="008B5EDA">
      <w:pPr>
        <w:spacing w:after="0" w:line="240" w:lineRule="auto"/>
      </w:pPr>
    </w:p>
    <w:p w14:paraId="20CF010C" w14:textId="2289BAD8" w:rsidR="008B5EDA" w:rsidRPr="00E07A40" w:rsidRDefault="008B5EDA" w:rsidP="00774354">
      <w:pPr>
        <w:pStyle w:val="Heading1"/>
        <w:spacing w:before="0" w:line="240" w:lineRule="auto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r w:rsidRPr="008B5EDA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>On June 14, 2026 — Flag Day, the Pequannock Valley Rotary Club will host our annual 5K Race &amp; Walk in celebration of our community and our country.</w:t>
      </w:r>
      <w:r w:rsidR="00774354" w:rsidRPr="00E07A40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 xml:space="preserve"> </w:t>
      </w:r>
      <w:r w:rsidRPr="008B5EDA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>This year’s event carries special meaning as our nation approaches the 250th anniversary of the birth of the United States of America.</w:t>
      </w:r>
    </w:p>
    <w:p w14:paraId="596BBA90" w14:textId="77777777" w:rsidR="00774354" w:rsidRPr="009F6215" w:rsidRDefault="00774354" w:rsidP="00774354">
      <w:pPr>
        <w:spacing w:after="0" w:line="240" w:lineRule="auto"/>
      </w:pPr>
    </w:p>
    <w:p w14:paraId="4067DA71" w14:textId="5DC12AF4" w:rsidR="008B5EDA" w:rsidRPr="00E07A40" w:rsidRDefault="008B5EDA" w:rsidP="00774354">
      <w:pPr>
        <w:pStyle w:val="Heading1"/>
        <w:spacing w:before="0" w:line="240" w:lineRule="auto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r w:rsidRPr="008B5EDA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>From the moment Paul Revere rode through the night in April of 1775, warning that the British were coming, a movement began that would ultimately lead to the creation of a new nation built upon freedom, opportunity, and community responsibility.</w:t>
      </w:r>
    </w:p>
    <w:p w14:paraId="3E50C9DF" w14:textId="362A14FF" w:rsidR="00774354" w:rsidRPr="008B5EDA" w:rsidRDefault="00774354" w:rsidP="00774354">
      <w:pPr>
        <w:spacing w:after="0" w:line="240" w:lineRule="auto"/>
      </w:pPr>
    </w:p>
    <w:p w14:paraId="41BA2AB1" w14:textId="40CAB265" w:rsidR="008B5EDA" w:rsidRPr="00E07A40" w:rsidRDefault="008B5EDA" w:rsidP="00774354">
      <w:pPr>
        <w:pStyle w:val="Heading1"/>
        <w:spacing w:before="0" w:line="240" w:lineRule="auto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r w:rsidRPr="008B5EDA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>In many ways, the spirit that fueled those early patriots is the same spirit that fuels community service today.</w:t>
      </w:r>
      <w:r w:rsidR="00774354" w:rsidRPr="00E07A40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 xml:space="preserve"> </w:t>
      </w:r>
      <w:r w:rsidRPr="008B5EDA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>For over 70 years, the Pequannock Valley Rotary Club has proudly served the communities of Pequannock Township, Lincoln Park, and Riverdale</w:t>
      </w:r>
      <w:r w:rsidR="00B34607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>.</w:t>
      </w:r>
      <w:r w:rsidRPr="008B5EDA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 xml:space="preserve"> </w:t>
      </w:r>
      <w:r w:rsidR="00B34607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 xml:space="preserve"> </w:t>
      </w:r>
      <w:r w:rsidRPr="008B5EDA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>.</w:t>
      </w:r>
    </w:p>
    <w:p w14:paraId="0EE96E43" w14:textId="77777777" w:rsidR="00774354" w:rsidRPr="008B5EDA" w:rsidRDefault="00774354" w:rsidP="00774354">
      <w:pPr>
        <w:spacing w:after="0" w:line="240" w:lineRule="auto"/>
      </w:pPr>
    </w:p>
    <w:p w14:paraId="3522F5DA" w14:textId="72E4E525" w:rsidR="008B5EDA" w:rsidRPr="00E07A40" w:rsidRDefault="008B5EDA" w:rsidP="00774354">
      <w:pPr>
        <w:pStyle w:val="Heading1"/>
        <w:spacing w:before="0" w:line="240" w:lineRule="auto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r w:rsidRPr="008B5EDA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>Since our founding in 1953, our club has contributed well over $1 million to support the needs of our community.</w:t>
      </w:r>
      <w:r w:rsidR="00B34607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 xml:space="preserve"> </w:t>
      </w:r>
      <w:r w:rsidRPr="008B5EDA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>Proceeds from the 2026 Rotary 5K Race &amp; Walk will continue to support:</w:t>
      </w:r>
    </w:p>
    <w:p w14:paraId="4AA9706B" w14:textId="45204953" w:rsidR="00774354" w:rsidRPr="008B5EDA" w:rsidRDefault="00774354" w:rsidP="00774354">
      <w:pPr>
        <w:spacing w:after="0" w:line="240" w:lineRule="auto"/>
      </w:pPr>
    </w:p>
    <w:p w14:paraId="212A9482" w14:textId="77777777" w:rsidR="00707C05" w:rsidRDefault="008B5EDA" w:rsidP="00707C05">
      <w:pPr>
        <w:pStyle w:val="Heading1"/>
        <w:numPr>
          <w:ilvl w:val="0"/>
          <w:numId w:val="13"/>
        </w:numPr>
        <w:spacing w:before="0" w:line="240" w:lineRule="auto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r w:rsidRPr="008B5EDA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>Local scholarships for graduating students</w:t>
      </w:r>
    </w:p>
    <w:p w14:paraId="4764D3EE" w14:textId="3AA7B225" w:rsidR="00707C05" w:rsidRDefault="008B5EDA" w:rsidP="00707C05">
      <w:pPr>
        <w:pStyle w:val="Heading1"/>
        <w:numPr>
          <w:ilvl w:val="0"/>
          <w:numId w:val="13"/>
        </w:numPr>
        <w:spacing w:before="0" w:line="240" w:lineRule="auto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r w:rsidRPr="008B5EDA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>Food pantry assistance for families in need</w:t>
      </w:r>
      <w:r w:rsidR="00106FAC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 xml:space="preserve"> </w:t>
      </w:r>
    </w:p>
    <w:p w14:paraId="10E1DAE1" w14:textId="77777777" w:rsidR="00707C05" w:rsidRDefault="008B5EDA" w:rsidP="00707C05">
      <w:pPr>
        <w:pStyle w:val="Heading1"/>
        <w:numPr>
          <w:ilvl w:val="0"/>
          <w:numId w:val="13"/>
        </w:numPr>
        <w:spacing w:before="0" w:line="240" w:lineRule="auto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r w:rsidRPr="008B5EDA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>Youth leadership programs</w:t>
      </w:r>
    </w:p>
    <w:p w14:paraId="61EE8B2D" w14:textId="77777777" w:rsidR="00707C05" w:rsidRDefault="008B5EDA" w:rsidP="00707C05">
      <w:pPr>
        <w:pStyle w:val="Heading1"/>
        <w:numPr>
          <w:ilvl w:val="0"/>
          <w:numId w:val="13"/>
        </w:numPr>
        <w:spacing w:before="0" w:line="240" w:lineRule="auto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r w:rsidRPr="008B5EDA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>Community service initiatives</w:t>
      </w:r>
    </w:p>
    <w:p w14:paraId="193E7866" w14:textId="175E365C" w:rsidR="008B5EDA" w:rsidRDefault="008B5EDA" w:rsidP="00707C05">
      <w:pPr>
        <w:pStyle w:val="Heading1"/>
        <w:numPr>
          <w:ilvl w:val="0"/>
          <w:numId w:val="13"/>
        </w:numPr>
        <w:spacing w:before="0" w:line="240" w:lineRule="auto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r w:rsidRPr="008B5EDA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>Emergency assistance programs</w:t>
      </w:r>
    </w:p>
    <w:p w14:paraId="0BE5BB48" w14:textId="707E1683" w:rsidR="00707C05" w:rsidRPr="00707C05" w:rsidRDefault="00707C05" w:rsidP="00707C05">
      <w:pPr>
        <w:pStyle w:val="ListParagraph"/>
        <w:numPr>
          <w:ilvl w:val="0"/>
          <w:numId w:val="13"/>
        </w:numPr>
      </w:pPr>
      <w:r>
        <w:t>Rotary International Polio eradication initiative</w:t>
      </w:r>
    </w:p>
    <w:p w14:paraId="188826D8" w14:textId="58093BAE" w:rsidR="008B5EDA" w:rsidRDefault="008B5EDA" w:rsidP="00774354">
      <w:pPr>
        <w:pStyle w:val="Heading1"/>
        <w:spacing w:before="0" w:line="240" w:lineRule="auto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r w:rsidRPr="008B5EDA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>As we celebrate America’s 250th anniversary, we invite you to join us as a sponsor of this special Flag Day event.</w:t>
      </w:r>
      <w:r w:rsidR="00774354" w:rsidRPr="00E07A40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 xml:space="preserve"> </w:t>
      </w:r>
      <w:r w:rsidRPr="008B5EDA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>Your support helps us continue Rotary’s mission of “Service Above Self.”</w:t>
      </w:r>
    </w:p>
    <w:p w14:paraId="7630F71C" w14:textId="77777777" w:rsidR="00B84AC2" w:rsidRPr="00B84AC2" w:rsidRDefault="00B84AC2" w:rsidP="00B84AC2"/>
    <w:p w14:paraId="3A46DCE0" w14:textId="4A0A858A" w:rsidR="008B5EDA" w:rsidRDefault="008B5EDA" w:rsidP="00774354">
      <w:pPr>
        <w:pStyle w:val="Heading1"/>
        <w:spacing w:before="0" w:line="240" w:lineRule="auto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r w:rsidRPr="008B5EDA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>Thank you for considering joining us in making a difference.</w:t>
      </w:r>
    </w:p>
    <w:p w14:paraId="532CED9B" w14:textId="77777777" w:rsidR="005021E4" w:rsidRPr="005021E4" w:rsidRDefault="005021E4" w:rsidP="005021E4"/>
    <w:p w14:paraId="4B943DE3" w14:textId="7135BD69" w:rsidR="008B5EDA" w:rsidRDefault="008B5EDA" w:rsidP="00774354">
      <w:pPr>
        <w:pStyle w:val="Heading1"/>
        <w:spacing w:before="0" w:line="240" w:lineRule="auto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r w:rsidRPr="008B5EDA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>With appreciation,</w:t>
      </w:r>
    </w:p>
    <w:p w14:paraId="252F1161" w14:textId="21F9EA60" w:rsidR="00EB2CAE" w:rsidRPr="00EB2CAE" w:rsidRDefault="007D3853" w:rsidP="00EB2CAE">
      <w:r>
        <w:rPr>
          <w:b/>
          <w:bCs/>
          <w:noProof/>
        </w:rPr>
        <w:drawing>
          <wp:anchor distT="0" distB="0" distL="114300" distR="114300" simplePos="0" relativeHeight="251668480" behindDoc="1" locked="0" layoutInCell="1" allowOverlap="1" wp14:anchorId="51EB1081" wp14:editId="5653C6B1">
            <wp:simplePos x="0" y="0"/>
            <wp:positionH relativeFrom="column">
              <wp:posOffset>2171700</wp:posOffset>
            </wp:positionH>
            <wp:positionV relativeFrom="paragraph">
              <wp:posOffset>198120</wp:posOffset>
            </wp:positionV>
            <wp:extent cx="535940" cy="530225"/>
            <wp:effectExtent l="0" t="0" r="0" b="3175"/>
            <wp:wrapTight wrapText="bothSides">
              <wp:wrapPolygon edited="0">
                <wp:start x="0" y="0"/>
                <wp:lineTo x="0" y="20953"/>
                <wp:lineTo x="20730" y="20953"/>
                <wp:lineTo x="20730" y="0"/>
                <wp:lineTo x="0" y="0"/>
              </wp:wrapPolygon>
            </wp:wrapTight>
            <wp:docPr id="13546328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632898" name="Picture 135463289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94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7165E" w14:textId="26A29F84" w:rsidR="008B5EDA" w:rsidRPr="008B5EDA" w:rsidRDefault="008B5EDA" w:rsidP="00774354">
      <w:pPr>
        <w:pStyle w:val="Heading1"/>
        <w:spacing w:before="0" w:line="240" w:lineRule="auto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r w:rsidRPr="008B5EDA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>Pequannock Valley Rotary Club</w:t>
      </w:r>
    </w:p>
    <w:p w14:paraId="4E06748F" w14:textId="31C47C84" w:rsidR="008B5EDA" w:rsidRDefault="008B5ED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333384A7" w14:textId="77777777" w:rsidR="00FB0535" w:rsidRDefault="00FB0535" w:rsidP="00FB0535">
      <w:pPr>
        <w:pStyle w:val="Heading1"/>
        <w:spacing w:before="0" w:line="240" w:lineRule="auto"/>
      </w:pPr>
    </w:p>
    <w:p w14:paraId="4055DF3C" w14:textId="246E36A8" w:rsidR="001779EA" w:rsidRPr="001C4940" w:rsidRDefault="00FB0535" w:rsidP="007D3853">
      <w:pPr>
        <w:pStyle w:val="Heading1"/>
        <w:spacing w:before="0" w:line="240" w:lineRule="auto"/>
        <w:jc w:val="center"/>
        <w:rPr>
          <w:sz w:val="32"/>
          <w:szCs w:val="32"/>
        </w:rPr>
      </w:pPr>
      <w:r w:rsidRPr="001C4940">
        <w:rPr>
          <w:sz w:val="32"/>
          <w:szCs w:val="32"/>
        </w:rPr>
        <w:t>The Road to Independence – Sponsorship Opportunities</w:t>
      </w:r>
    </w:p>
    <w:p w14:paraId="722CF63E" w14:textId="77777777" w:rsidR="00E66F2F" w:rsidRPr="001C4940" w:rsidRDefault="00E66F2F" w:rsidP="007D3853">
      <w:pPr>
        <w:spacing w:after="0" w:line="240" w:lineRule="auto"/>
        <w:jc w:val="center"/>
        <w:rPr>
          <w:sz w:val="16"/>
          <w:szCs w:val="16"/>
        </w:rPr>
      </w:pPr>
    </w:p>
    <w:p w14:paraId="611B4ABB" w14:textId="77777777" w:rsidR="001C4940" w:rsidRPr="001C4940" w:rsidRDefault="001C4940" w:rsidP="007D3853">
      <w:pPr>
        <w:spacing w:after="0" w:line="240" w:lineRule="auto"/>
        <w:jc w:val="center"/>
        <w:rPr>
          <w:b/>
          <w:bCs/>
          <w:i/>
          <w:iCs/>
          <w:color w:val="4F81BD" w:themeColor="accent1"/>
          <w:sz w:val="16"/>
          <w:szCs w:val="16"/>
        </w:rPr>
      </w:pPr>
    </w:p>
    <w:p w14:paraId="3FD9420F" w14:textId="316D91ED" w:rsidR="007D3853" w:rsidRPr="003131CE" w:rsidRDefault="00000000" w:rsidP="007D3853">
      <w:pPr>
        <w:spacing w:after="0" w:line="240" w:lineRule="auto"/>
        <w:jc w:val="center"/>
        <w:rPr>
          <w:b/>
          <w:bCs/>
          <w:i/>
          <w:iCs/>
          <w:color w:val="4F81BD" w:themeColor="accent1"/>
          <w:sz w:val="26"/>
          <w:szCs w:val="26"/>
        </w:rPr>
      </w:pPr>
      <w:r w:rsidRPr="003131CE">
        <w:rPr>
          <w:b/>
          <w:bCs/>
          <w:i/>
          <w:iCs/>
          <w:color w:val="4F81BD" w:themeColor="accent1"/>
          <w:sz w:val="26"/>
          <w:szCs w:val="26"/>
        </w:rPr>
        <w:t>1775 | Paul Revere | Lexington &amp; Concord | Continental Congress | Continental Army | Common Sense | Declaration of Independence | 1776</w:t>
      </w:r>
    </w:p>
    <w:p w14:paraId="4A81EC69" w14:textId="77777777" w:rsidR="003131CE" w:rsidRDefault="003131CE" w:rsidP="007D3853">
      <w:pPr>
        <w:spacing w:after="0" w:line="240" w:lineRule="auto"/>
        <w:jc w:val="center"/>
      </w:pPr>
    </w:p>
    <w:p w14:paraId="07F87527" w14:textId="77777777" w:rsidR="003131CE" w:rsidRDefault="003131CE" w:rsidP="007D3853">
      <w:pPr>
        <w:spacing w:after="0" w:line="240" w:lineRule="auto"/>
        <w:jc w:val="center"/>
      </w:pPr>
    </w:p>
    <w:p w14:paraId="1A9314E9" w14:textId="1FE8F7F4" w:rsidR="001779EA" w:rsidRDefault="00000000">
      <w:r>
        <w:rPr>
          <w:b/>
        </w:rPr>
        <w:t>Paul Revere Sponsor – $2,500</w:t>
      </w:r>
      <w:r>
        <w:rPr>
          <w:b/>
        </w:rPr>
        <w:br/>
      </w:r>
      <w:r>
        <w:t>April 18, 1775 – Paul Revere’s midnight ride warned colonial militias that British troops were advancing.</w:t>
      </w:r>
      <w:r>
        <w:br/>
        <w:t xml:space="preserve">Benefits: Premier logo placement, website recognition, social media recognition,  </w:t>
      </w:r>
      <w:r w:rsidR="00EA039F">
        <w:t xml:space="preserve">two </w:t>
      </w:r>
      <w:r>
        <w:t>complimentary race entries.</w:t>
      </w:r>
    </w:p>
    <w:p w14:paraId="6BA355D8" w14:textId="20B3E1F9" w:rsidR="001779EA" w:rsidRDefault="00000000">
      <w:r>
        <w:rPr>
          <w:b/>
        </w:rPr>
        <w:t>Lexington &amp; Concord Sponsor – $1,500</w:t>
      </w:r>
      <w:r>
        <w:rPr>
          <w:b/>
        </w:rPr>
        <w:br/>
      </w:r>
      <w:r>
        <w:t>April 19, 1775 – The first battles of the American Revolution.</w:t>
      </w:r>
      <w:r>
        <w:br/>
        <w:t>Benefits: Large logo placement on race materials, website recognition, social media recognition, .</w:t>
      </w:r>
      <w:r w:rsidR="00EA039F">
        <w:t xml:space="preserve"> one complimentary race entries</w:t>
      </w:r>
    </w:p>
    <w:p w14:paraId="3AFBF693" w14:textId="50E92431" w:rsidR="001779EA" w:rsidRDefault="00000000">
      <w:r>
        <w:rPr>
          <w:b/>
        </w:rPr>
        <w:t>Continental Congress Sponsor – $1,000</w:t>
      </w:r>
      <w:r>
        <w:rPr>
          <w:b/>
        </w:rPr>
        <w:br/>
      </w:r>
      <w:r>
        <w:t>May 10, 1775 – Delegates gathered in Philadelphia to unite the colonies.</w:t>
      </w:r>
      <w:r>
        <w:br/>
        <w:t>Benefits: Logo on website and event materials.</w:t>
      </w:r>
    </w:p>
    <w:p w14:paraId="045A6B06" w14:textId="716423D3" w:rsidR="001779EA" w:rsidRDefault="00000000">
      <w:r>
        <w:rPr>
          <w:b/>
        </w:rPr>
        <w:t>Continental Army Sponsor – $750</w:t>
      </w:r>
      <w:r>
        <w:rPr>
          <w:b/>
        </w:rPr>
        <w:br/>
      </w:r>
      <w:r>
        <w:t>June 14, 1775 – The Continental Army was formed and George Washington became Commander‑in‑Chief.</w:t>
      </w:r>
      <w:r>
        <w:br/>
        <w:t>Benefits: Recognition on signage and website.</w:t>
      </w:r>
    </w:p>
    <w:p w14:paraId="7622872E" w14:textId="3625A91C" w:rsidR="001779EA" w:rsidRDefault="00000000">
      <w:r>
        <w:rPr>
          <w:b/>
        </w:rPr>
        <w:t>Bunker Hill Sponsor – $500</w:t>
      </w:r>
      <w:r>
        <w:rPr>
          <w:b/>
        </w:rPr>
        <w:br/>
      </w:r>
      <w:r>
        <w:t>June 17, 1775 – Colonial forces proved they could stand up to the British Army.</w:t>
      </w:r>
      <w:r>
        <w:br/>
        <w:t>Benefits: Name listed on sponsor board and website.</w:t>
      </w:r>
    </w:p>
    <w:p w14:paraId="5D986F49" w14:textId="2A92D9BC" w:rsidR="001779EA" w:rsidRDefault="00000000">
      <w:r>
        <w:rPr>
          <w:b/>
        </w:rPr>
        <w:t>Common Sense Sponsor – $</w:t>
      </w:r>
      <w:r w:rsidR="00EA039F">
        <w:rPr>
          <w:b/>
        </w:rPr>
        <w:t>250</w:t>
      </w:r>
      <w:r>
        <w:rPr>
          <w:b/>
        </w:rPr>
        <w:br/>
      </w:r>
      <w:r>
        <w:t>January 1776 – Thomas Paine’s pamphlet inspired support for independence.</w:t>
      </w:r>
      <w:r>
        <w:br/>
        <w:t>Benefits: Name listed on sponsor board.</w:t>
      </w:r>
    </w:p>
    <w:p w14:paraId="56F4CF33" w14:textId="3FF80D7F" w:rsidR="001779EA" w:rsidRDefault="00000000">
      <w:r>
        <w:rPr>
          <w:b/>
        </w:rPr>
        <w:t>Declaration Sponsor – $</w:t>
      </w:r>
      <w:r w:rsidR="00085EB1">
        <w:rPr>
          <w:b/>
        </w:rPr>
        <w:t xml:space="preserve">200 </w:t>
      </w:r>
      <w:r>
        <w:t>July 4, 1776 – The Declaration of Independence formally created the United States.</w:t>
      </w:r>
      <w:r>
        <w:br/>
        <w:t>Benefits: Recognition at the race.</w:t>
      </w:r>
    </w:p>
    <w:p w14:paraId="45F9AE86" w14:textId="77777777" w:rsidR="009F6215" w:rsidRDefault="009F6215">
      <w:pPr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br w:type="page"/>
      </w:r>
    </w:p>
    <w:p w14:paraId="2BB92CE6" w14:textId="0F8B77AA" w:rsidR="009F6215" w:rsidRDefault="009F6215" w:rsidP="009F6215">
      <w:pPr>
        <w:spacing w:after="0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Sponsorship Opportunities:</w:t>
      </w:r>
    </w:p>
    <w:p w14:paraId="5AA28245" w14:textId="50730ADF" w:rsidR="00FB0535" w:rsidRDefault="00FB0535" w:rsidP="009F6215">
      <w:pPr>
        <w:spacing w:after="0"/>
        <w:rPr>
          <w:rFonts w:ascii="Times New Roman" w:hAnsi="Times New Roman"/>
          <w:b/>
          <w:i/>
          <w:sz w:val="28"/>
          <w:szCs w:val="28"/>
          <w:u w:val="single"/>
        </w:rPr>
      </w:pPr>
    </w:p>
    <w:p w14:paraId="79FC3111" w14:textId="6D5FB34B" w:rsidR="009F6215" w:rsidRDefault="00DB6198" w:rsidP="009F6215">
      <w:pPr>
        <w:spacing w:after="0"/>
        <w:rPr>
          <w:rFonts w:ascii="Times New Roman" w:hAnsi="Times New Roman"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0A10229" wp14:editId="2933EDE7">
            <wp:simplePos x="0" y="0"/>
            <wp:positionH relativeFrom="column">
              <wp:posOffset>3209925</wp:posOffset>
            </wp:positionH>
            <wp:positionV relativeFrom="paragraph">
              <wp:posOffset>187325</wp:posOffset>
            </wp:positionV>
            <wp:extent cx="2087880" cy="1129030"/>
            <wp:effectExtent l="0" t="0" r="7620" b="0"/>
            <wp:wrapSquare wrapText="bothSides"/>
            <wp:docPr id="10904656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656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30"/>
        <w:gridCol w:w="990"/>
        <w:gridCol w:w="3240"/>
      </w:tblGrid>
      <w:tr w:rsidR="009F6215" w14:paraId="48151FAD" w14:textId="77777777" w:rsidTr="00032C25">
        <w:trPr>
          <w:trHeight w:val="50"/>
        </w:trPr>
        <w:tc>
          <w:tcPr>
            <w:tcW w:w="630" w:type="dxa"/>
          </w:tcPr>
          <w:p w14:paraId="5AF35E3F" w14:textId="77777777" w:rsidR="009F6215" w:rsidRDefault="009F6215" w:rsidP="00B34607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5817707" wp14:editId="22BFFEB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27305</wp:posOffset>
                      </wp:positionV>
                      <wp:extent cx="161925" cy="90805"/>
                      <wp:effectExtent l="0" t="0" r="9525" b="4445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192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64D4C" id="Rectangle 11" o:spid="_x0000_s1026" style="position:absolute;margin-left:6.55pt;margin-top:2.15pt;width:12.7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990" w:type="dxa"/>
          </w:tcPr>
          <w:p w14:paraId="45738781" w14:textId="383934FB" w:rsidR="009F6215" w:rsidRDefault="00085EB1" w:rsidP="00B3460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b/>
              </w:rPr>
              <w:t>$2,500</w:t>
            </w:r>
          </w:p>
        </w:tc>
        <w:tc>
          <w:tcPr>
            <w:tcW w:w="3240" w:type="dxa"/>
          </w:tcPr>
          <w:p w14:paraId="2C348545" w14:textId="77777777" w:rsidR="00085EB1" w:rsidRDefault="009F6215" w:rsidP="00B34607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Paul Revere Sponsor </w:t>
            </w:r>
          </w:p>
          <w:p w14:paraId="7C2239EC" w14:textId="498549D8" w:rsidR="00B34607" w:rsidRDefault="00B34607" w:rsidP="00B34607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9F6215" w14:paraId="3442A992" w14:textId="77777777" w:rsidTr="00032C25">
        <w:trPr>
          <w:trHeight w:val="248"/>
        </w:trPr>
        <w:tc>
          <w:tcPr>
            <w:tcW w:w="630" w:type="dxa"/>
          </w:tcPr>
          <w:p w14:paraId="6D6CFCF2" w14:textId="77777777" w:rsidR="009F6215" w:rsidRDefault="009F6215" w:rsidP="00B3460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A9A9A27" wp14:editId="5818997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34290</wp:posOffset>
                      </wp:positionV>
                      <wp:extent cx="161925" cy="90805"/>
                      <wp:effectExtent l="0" t="0" r="9525" b="4445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192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08022" id="Rectangle 10" o:spid="_x0000_s1026" style="position:absolute;margin-left:5.85pt;margin-top:2.7pt;width:12.7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990" w:type="dxa"/>
          </w:tcPr>
          <w:p w14:paraId="0930CC99" w14:textId="0EB1BF51" w:rsidR="009F6215" w:rsidRDefault="00085EB1" w:rsidP="00B3460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b/>
              </w:rPr>
              <w:t>$1,500</w:t>
            </w:r>
            <w:r>
              <w:rPr>
                <w:b/>
              </w:rPr>
              <w:br/>
            </w:r>
          </w:p>
        </w:tc>
        <w:tc>
          <w:tcPr>
            <w:tcW w:w="3240" w:type="dxa"/>
          </w:tcPr>
          <w:p w14:paraId="3025C6A6" w14:textId="3F7726F3" w:rsidR="009F6215" w:rsidRDefault="009F6215" w:rsidP="00B34607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b/>
              </w:rPr>
              <w:t xml:space="preserve">Lexington &amp; Concord Sponsor </w:t>
            </w:r>
          </w:p>
        </w:tc>
      </w:tr>
      <w:tr w:rsidR="009F6215" w14:paraId="297673FE" w14:textId="77777777" w:rsidTr="00032C25">
        <w:trPr>
          <w:trHeight w:val="248"/>
        </w:trPr>
        <w:tc>
          <w:tcPr>
            <w:tcW w:w="630" w:type="dxa"/>
          </w:tcPr>
          <w:p w14:paraId="7C7002A7" w14:textId="77777777" w:rsidR="009F6215" w:rsidRDefault="009F6215" w:rsidP="00B34607">
            <w:pPr>
              <w:spacing w:after="0" w:line="240" w:lineRule="auto"/>
              <w:ind w:left="-468" w:firstLine="46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2C364A2" wp14:editId="5CF879DC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34925</wp:posOffset>
                      </wp:positionV>
                      <wp:extent cx="161925" cy="90805"/>
                      <wp:effectExtent l="0" t="0" r="9525" b="4445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192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68790" id="Rectangle 9" o:spid="_x0000_s1026" style="position:absolute;margin-left:5.85pt;margin-top:2.75pt;width:12.7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990" w:type="dxa"/>
          </w:tcPr>
          <w:p w14:paraId="7022BED8" w14:textId="05ADED95" w:rsidR="009F6215" w:rsidRDefault="00085EB1" w:rsidP="00B3460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b/>
              </w:rPr>
              <w:t>$1,000</w:t>
            </w:r>
            <w:r>
              <w:rPr>
                <w:b/>
              </w:rPr>
              <w:br/>
            </w:r>
          </w:p>
        </w:tc>
        <w:tc>
          <w:tcPr>
            <w:tcW w:w="3240" w:type="dxa"/>
          </w:tcPr>
          <w:p w14:paraId="0000602E" w14:textId="708D475F" w:rsidR="009F6215" w:rsidRDefault="009F6215" w:rsidP="00B34607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b/>
              </w:rPr>
              <w:t xml:space="preserve">Continental Congress Sponsor </w:t>
            </w:r>
          </w:p>
        </w:tc>
      </w:tr>
      <w:tr w:rsidR="009F6215" w14:paraId="11D4BD1B" w14:textId="77777777" w:rsidTr="00032C25">
        <w:trPr>
          <w:trHeight w:val="248"/>
        </w:trPr>
        <w:tc>
          <w:tcPr>
            <w:tcW w:w="630" w:type="dxa"/>
          </w:tcPr>
          <w:p w14:paraId="404CA25A" w14:textId="77777777" w:rsidR="009F6215" w:rsidRDefault="009F6215" w:rsidP="00B3460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367D30D" wp14:editId="0118634E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36195</wp:posOffset>
                      </wp:positionV>
                      <wp:extent cx="161925" cy="90805"/>
                      <wp:effectExtent l="0" t="0" r="9525" b="4445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192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E6112" id="Rectangle 8" o:spid="_x0000_s1026" style="position:absolute;margin-left:5.85pt;margin-top:2.85pt;width:12.7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990" w:type="dxa"/>
          </w:tcPr>
          <w:p w14:paraId="56FD3E78" w14:textId="58702581" w:rsidR="009F6215" w:rsidRDefault="00085EB1" w:rsidP="00B3460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b/>
              </w:rPr>
              <w:t>$750</w:t>
            </w:r>
          </w:p>
        </w:tc>
        <w:tc>
          <w:tcPr>
            <w:tcW w:w="3240" w:type="dxa"/>
          </w:tcPr>
          <w:p w14:paraId="4C527163" w14:textId="76F7F940" w:rsidR="009F6215" w:rsidRDefault="00085EB1" w:rsidP="00B34607">
            <w:pPr>
              <w:spacing w:after="0" w:line="240" w:lineRule="auto"/>
              <w:ind w:right="-396"/>
              <w:rPr>
                <w:rFonts w:ascii="Times New Roman" w:hAnsi="Times New Roman"/>
                <w:i/>
              </w:rPr>
            </w:pPr>
            <w:r>
              <w:rPr>
                <w:b/>
              </w:rPr>
              <w:t xml:space="preserve">Continental Army Sponsor </w:t>
            </w:r>
            <w:r>
              <w:rPr>
                <w:b/>
              </w:rPr>
              <w:br/>
            </w:r>
          </w:p>
        </w:tc>
      </w:tr>
      <w:tr w:rsidR="009F6215" w14:paraId="323CB25B" w14:textId="77777777" w:rsidTr="00032C25">
        <w:trPr>
          <w:trHeight w:val="248"/>
        </w:trPr>
        <w:tc>
          <w:tcPr>
            <w:tcW w:w="630" w:type="dxa"/>
          </w:tcPr>
          <w:p w14:paraId="29677BFE" w14:textId="77777777" w:rsidR="009F6215" w:rsidRDefault="009F6215" w:rsidP="00B3460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FA6690D" wp14:editId="4E18D6AA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46355</wp:posOffset>
                      </wp:positionV>
                      <wp:extent cx="161925" cy="90805"/>
                      <wp:effectExtent l="0" t="0" r="9525" b="4445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192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1E232" id="Rectangle 7" o:spid="_x0000_s1026" style="position:absolute;margin-left:5.85pt;margin-top:3.65pt;width:12.7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990" w:type="dxa"/>
          </w:tcPr>
          <w:p w14:paraId="020C882F" w14:textId="0743A43E" w:rsidR="009F6215" w:rsidRDefault="00085EB1" w:rsidP="00B3460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b/>
              </w:rPr>
              <w:t>$500</w:t>
            </w:r>
            <w:r>
              <w:rPr>
                <w:b/>
              </w:rPr>
              <w:br/>
            </w:r>
          </w:p>
        </w:tc>
        <w:tc>
          <w:tcPr>
            <w:tcW w:w="3240" w:type="dxa"/>
          </w:tcPr>
          <w:p w14:paraId="35D11C70" w14:textId="0DBDA17B" w:rsidR="009F6215" w:rsidRDefault="00085EB1" w:rsidP="00B34607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b/>
              </w:rPr>
              <w:t xml:space="preserve">Bunker Hill Sponsor </w:t>
            </w:r>
          </w:p>
        </w:tc>
      </w:tr>
      <w:tr w:rsidR="009F6215" w14:paraId="0FB9177F" w14:textId="77777777" w:rsidTr="00032C25">
        <w:trPr>
          <w:trHeight w:val="248"/>
        </w:trPr>
        <w:tc>
          <w:tcPr>
            <w:tcW w:w="630" w:type="dxa"/>
          </w:tcPr>
          <w:p w14:paraId="5D932A58" w14:textId="77777777" w:rsidR="009F6215" w:rsidRDefault="009F6215" w:rsidP="00B3460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9F00CEA" wp14:editId="792C445F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47625</wp:posOffset>
                      </wp:positionV>
                      <wp:extent cx="161925" cy="90805"/>
                      <wp:effectExtent l="0" t="0" r="9525" b="4445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192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7DFCE" id="Rectangle 6" o:spid="_x0000_s1026" style="position:absolute;margin-left:6.6pt;margin-top:3.75pt;width:12.7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990" w:type="dxa"/>
          </w:tcPr>
          <w:p w14:paraId="71CC5146" w14:textId="348980B3" w:rsidR="009F6215" w:rsidRDefault="00085EB1" w:rsidP="00B3460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b/>
              </w:rPr>
              <w:t>$250</w:t>
            </w:r>
            <w:r>
              <w:rPr>
                <w:b/>
              </w:rPr>
              <w:br/>
            </w:r>
          </w:p>
        </w:tc>
        <w:tc>
          <w:tcPr>
            <w:tcW w:w="3240" w:type="dxa"/>
          </w:tcPr>
          <w:p w14:paraId="4656EC6E" w14:textId="7BE9E82D" w:rsidR="009F6215" w:rsidRDefault="00085EB1" w:rsidP="00B34607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b/>
              </w:rPr>
              <w:t xml:space="preserve">Common Sense Sponsor </w:t>
            </w:r>
          </w:p>
        </w:tc>
      </w:tr>
      <w:tr w:rsidR="009F6215" w14:paraId="3C75421B" w14:textId="77777777" w:rsidTr="00032C25">
        <w:trPr>
          <w:trHeight w:val="248"/>
        </w:trPr>
        <w:tc>
          <w:tcPr>
            <w:tcW w:w="630" w:type="dxa"/>
          </w:tcPr>
          <w:p w14:paraId="4AC72D51" w14:textId="77777777" w:rsidR="009F6215" w:rsidRDefault="009F6215" w:rsidP="00B3460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247E8C6" wp14:editId="0BB9BBF0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38735</wp:posOffset>
                      </wp:positionV>
                      <wp:extent cx="161925" cy="90805"/>
                      <wp:effectExtent l="0" t="0" r="9525" b="4445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192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5AFB8" id="Rectangle 5" o:spid="_x0000_s1026" style="position:absolute;margin-left:6.6pt;margin-top:3.05pt;width:12.7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990" w:type="dxa"/>
          </w:tcPr>
          <w:p w14:paraId="5F35B51F" w14:textId="77777777" w:rsidR="009F6215" w:rsidRDefault="00085EB1" w:rsidP="00B3460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$200</w:t>
            </w:r>
          </w:p>
          <w:p w14:paraId="56224F85" w14:textId="6986C1D0" w:rsidR="00085EB1" w:rsidRDefault="00085EB1" w:rsidP="00B3460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3240" w:type="dxa"/>
          </w:tcPr>
          <w:p w14:paraId="7D518C03" w14:textId="732BF87C" w:rsidR="009F6215" w:rsidRDefault="00085EB1" w:rsidP="00B34607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b/>
              </w:rPr>
              <w:t xml:space="preserve">Declaration Sponsor </w:t>
            </w:r>
          </w:p>
        </w:tc>
      </w:tr>
    </w:tbl>
    <w:p w14:paraId="390940E0" w14:textId="41BC3C3C" w:rsidR="009F6215" w:rsidRPr="00FB0535" w:rsidRDefault="00C96521" w:rsidP="00B34607">
      <w:pPr>
        <w:spacing w:after="0"/>
        <w:rPr>
          <w:rFonts w:ascii="Times New Roman" w:hAnsi="Times New Roman"/>
          <w:b/>
          <w:bCs/>
          <w:i/>
          <w:iCs/>
        </w:rPr>
      </w:pPr>
      <w:r>
        <w:rPr>
          <w:b/>
          <w:bCs/>
          <w:i/>
          <w:iCs/>
          <w:color w:val="1F497D" w:themeColor="text2"/>
          <w:sz w:val="18"/>
          <w:szCs w:val="18"/>
        </w:rPr>
        <w:t>A</w:t>
      </w:r>
      <w:r w:rsidR="00B34607" w:rsidRPr="00B34607">
        <w:rPr>
          <w:b/>
          <w:bCs/>
          <w:i/>
          <w:iCs/>
          <w:color w:val="1F497D" w:themeColor="text2"/>
          <w:sz w:val="18"/>
          <w:szCs w:val="18"/>
        </w:rPr>
        <w:t xml:space="preserve">ll sponsors who contribute $200 or more will be given a high-quality 2026 race </w:t>
      </w:r>
      <w:proofErr w:type="gramStart"/>
      <w:r w:rsidR="00B34607" w:rsidRPr="00B34607">
        <w:rPr>
          <w:b/>
          <w:bCs/>
          <w:i/>
          <w:iCs/>
          <w:color w:val="1F497D" w:themeColor="text2"/>
          <w:sz w:val="18"/>
          <w:szCs w:val="18"/>
        </w:rPr>
        <w:t>shirt  Please</w:t>
      </w:r>
      <w:proofErr w:type="gramEnd"/>
      <w:r w:rsidR="00B34607" w:rsidRPr="00B34607">
        <w:rPr>
          <w:b/>
          <w:bCs/>
          <w:i/>
          <w:iCs/>
          <w:color w:val="1F497D" w:themeColor="text2"/>
          <w:sz w:val="18"/>
          <w:szCs w:val="18"/>
        </w:rPr>
        <w:t xml:space="preserve"> fill out the enclosed form when submitting your contribution</w:t>
      </w:r>
      <w:r w:rsidR="00B34607" w:rsidRPr="00B34607">
        <w:rPr>
          <w:rFonts w:ascii="Times New Roman" w:hAnsi="Times New Roman"/>
          <w:b/>
          <w:bCs/>
          <w:i/>
          <w:iCs/>
          <w:color w:val="1F497D" w:themeColor="text2"/>
          <w:sz w:val="18"/>
          <w:szCs w:val="18"/>
        </w:rPr>
        <w:br w:type="textWrapping" w:clear="all"/>
      </w:r>
      <w:r w:rsidR="0075159C" w:rsidRPr="006926A3">
        <w:t>.</w:t>
      </w:r>
      <w:r w:rsidR="009F6215" w:rsidRPr="00FB0535">
        <w:rPr>
          <w:rFonts w:ascii="Times New Roman" w:hAnsi="Times New Roman"/>
          <w:b/>
          <w:bCs/>
          <w:i/>
          <w:iCs/>
        </w:rPr>
        <w:t xml:space="preserve">Sponsorship deadline is </w:t>
      </w:r>
      <w:r w:rsidR="00085EB1" w:rsidRPr="00FB0535">
        <w:rPr>
          <w:rFonts w:ascii="Times New Roman" w:hAnsi="Times New Roman"/>
          <w:b/>
          <w:bCs/>
          <w:i/>
          <w:iCs/>
        </w:rPr>
        <w:t>June 1</w:t>
      </w:r>
      <w:r w:rsidR="00085EB1" w:rsidRPr="00FB0535">
        <w:rPr>
          <w:rFonts w:ascii="Times New Roman" w:hAnsi="Times New Roman"/>
          <w:b/>
          <w:bCs/>
          <w:i/>
          <w:iCs/>
          <w:vertAlign w:val="superscript"/>
        </w:rPr>
        <w:t>st</w:t>
      </w:r>
      <w:r w:rsidR="00085EB1" w:rsidRPr="00FB0535">
        <w:rPr>
          <w:rFonts w:ascii="Times New Roman" w:hAnsi="Times New Roman"/>
          <w:b/>
          <w:bCs/>
          <w:i/>
          <w:iCs/>
        </w:rPr>
        <w:t xml:space="preserve"> </w:t>
      </w:r>
    </w:p>
    <w:p w14:paraId="3A9F36EE" w14:textId="1A9882F8" w:rsidR="009F6215" w:rsidRPr="00915E54" w:rsidRDefault="009F6215" w:rsidP="009F6215">
      <w:pPr>
        <w:spacing w:after="0"/>
        <w:rPr>
          <w:rFonts w:asciiTheme="majorHAnsi" w:hAnsiTheme="majorHAnsi"/>
          <w:sz w:val="20"/>
          <w:szCs w:val="20"/>
        </w:rPr>
      </w:pPr>
      <w:r w:rsidRPr="00915E54">
        <w:rPr>
          <w:rFonts w:asciiTheme="majorHAnsi" w:hAnsiTheme="majorHAnsi"/>
          <w:sz w:val="20"/>
          <w:szCs w:val="20"/>
        </w:rPr>
        <w:t>Thank you for your help by being a sponsor of the Pequannock Valley Rotary Foundation 5k Race / Walk. As a thank you we would like to give you an official 202</w:t>
      </w:r>
      <w:r w:rsidR="00085EB1">
        <w:rPr>
          <w:rFonts w:asciiTheme="majorHAnsi" w:hAnsiTheme="majorHAnsi"/>
          <w:sz w:val="20"/>
          <w:szCs w:val="20"/>
        </w:rPr>
        <w:t>6</w:t>
      </w:r>
      <w:r w:rsidRPr="00915E54">
        <w:rPr>
          <w:rFonts w:asciiTheme="majorHAnsi" w:hAnsiTheme="majorHAnsi"/>
          <w:sz w:val="20"/>
          <w:szCs w:val="20"/>
        </w:rPr>
        <w:t xml:space="preserve"> Rotary Day 5k Race / Walk shirt. To ensure the correct size and delivery location please file out the information below:</w:t>
      </w:r>
    </w:p>
    <w:tbl>
      <w:tblPr>
        <w:tblpPr w:leftFromText="180" w:rightFromText="180" w:vertAnchor="text" w:horzAnchor="margin" w:tblpY="252"/>
        <w:tblW w:w="0" w:type="auto"/>
        <w:tblLook w:val="04A0" w:firstRow="1" w:lastRow="0" w:firstColumn="1" w:lastColumn="0" w:noHBand="0" w:noVBand="1"/>
      </w:tblPr>
      <w:tblGrid>
        <w:gridCol w:w="8640"/>
      </w:tblGrid>
      <w:tr w:rsidR="009F6215" w:rsidRPr="00915E54" w14:paraId="24DD3AE6" w14:textId="77777777" w:rsidTr="00B129A1">
        <w:trPr>
          <w:trHeight w:val="3770"/>
        </w:trPr>
        <w:tc>
          <w:tcPr>
            <w:tcW w:w="10050" w:type="dxa"/>
          </w:tcPr>
          <w:p w14:paraId="090B1D0F" w14:textId="02A3F4FC" w:rsidR="009F6215" w:rsidRPr="00915E54" w:rsidRDefault="009F6215">
            <w:pPr>
              <w:widowControl w:val="0"/>
              <w:spacing w:after="0" w:line="300" w:lineRule="auto"/>
              <w:rPr>
                <w:rFonts w:asciiTheme="majorHAnsi" w:hAnsiTheme="majorHAnsi"/>
                <w:sz w:val="20"/>
                <w:szCs w:val="20"/>
              </w:rPr>
            </w:pPr>
          </w:p>
          <w:p w14:paraId="0A667EB3" w14:textId="1FB83658" w:rsidR="009F6215" w:rsidRPr="00915E54" w:rsidRDefault="009F6215">
            <w:pPr>
              <w:widowControl w:val="0"/>
              <w:spacing w:after="0" w:line="300" w:lineRule="auto"/>
              <w:rPr>
                <w:rFonts w:asciiTheme="majorHAnsi" w:hAnsiTheme="majorHAnsi"/>
                <w:i/>
                <w:sz w:val="20"/>
                <w:szCs w:val="20"/>
              </w:rPr>
            </w:pPr>
            <w:r w:rsidRPr="00915E54">
              <w:rPr>
                <w:rFonts w:asciiTheme="majorHAnsi" w:hAnsiTheme="majorHAnsi"/>
                <w:i/>
                <w:sz w:val="20"/>
                <w:szCs w:val="20"/>
              </w:rPr>
              <w:t xml:space="preserve">Sponsor Name:                       ___________________________________________________ </w:t>
            </w:r>
          </w:p>
          <w:p w14:paraId="19175FFD" w14:textId="4481567D" w:rsidR="009F6215" w:rsidRPr="00915E54" w:rsidRDefault="009F6215">
            <w:pPr>
              <w:widowControl w:val="0"/>
              <w:spacing w:after="0" w:line="300" w:lineRule="auto"/>
              <w:rPr>
                <w:rFonts w:asciiTheme="majorHAnsi" w:hAnsiTheme="majorHAnsi"/>
                <w:i/>
                <w:sz w:val="20"/>
                <w:szCs w:val="20"/>
              </w:rPr>
            </w:pPr>
          </w:p>
          <w:p w14:paraId="30CA20E9" w14:textId="4420A243" w:rsidR="009F6215" w:rsidRPr="00915E54" w:rsidRDefault="009F6215">
            <w:pPr>
              <w:widowControl w:val="0"/>
              <w:spacing w:after="0" w:line="300" w:lineRule="auto"/>
              <w:rPr>
                <w:rFonts w:asciiTheme="majorHAnsi" w:hAnsiTheme="majorHAnsi"/>
                <w:i/>
                <w:sz w:val="20"/>
                <w:szCs w:val="20"/>
              </w:rPr>
            </w:pPr>
            <w:r w:rsidRPr="00915E54">
              <w:rPr>
                <w:rFonts w:asciiTheme="majorHAnsi" w:hAnsiTheme="majorHAnsi"/>
                <w:i/>
                <w:sz w:val="20"/>
                <w:szCs w:val="20"/>
              </w:rPr>
              <w:t>Sponsor Contact Person:           ____________________________________________________</w:t>
            </w:r>
          </w:p>
          <w:p w14:paraId="555D66BB" w14:textId="1AF51DFE" w:rsidR="009F6215" w:rsidRPr="00915E54" w:rsidRDefault="009F6215">
            <w:pPr>
              <w:widowControl w:val="0"/>
              <w:spacing w:after="0" w:line="300" w:lineRule="auto"/>
              <w:rPr>
                <w:rFonts w:asciiTheme="majorHAnsi" w:hAnsiTheme="majorHAnsi"/>
                <w:i/>
                <w:sz w:val="20"/>
                <w:szCs w:val="20"/>
              </w:rPr>
            </w:pPr>
          </w:p>
          <w:p w14:paraId="7B3AF6D6" w14:textId="77777777" w:rsidR="009F6215" w:rsidRPr="00915E54" w:rsidRDefault="009F6215">
            <w:pPr>
              <w:widowControl w:val="0"/>
              <w:spacing w:after="0" w:line="300" w:lineRule="auto"/>
              <w:rPr>
                <w:rFonts w:asciiTheme="majorHAnsi" w:hAnsiTheme="majorHAnsi"/>
                <w:i/>
                <w:sz w:val="20"/>
                <w:szCs w:val="20"/>
              </w:rPr>
            </w:pPr>
            <w:r w:rsidRPr="00915E54">
              <w:rPr>
                <w:rFonts w:asciiTheme="majorHAnsi" w:hAnsiTheme="majorHAnsi"/>
                <w:i/>
                <w:sz w:val="20"/>
                <w:szCs w:val="20"/>
              </w:rPr>
              <w:t>Address: _________________________________</w:t>
            </w:r>
          </w:p>
          <w:p w14:paraId="201C66F5" w14:textId="77777777" w:rsidR="009F6215" w:rsidRPr="00915E54" w:rsidRDefault="009F6215">
            <w:pPr>
              <w:widowControl w:val="0"/>
              <w:spacing w:after="0" w:line="300" w:lineRule="auto"/>
              <w:rPr>
                <w:rFonts w:asciiTheme="majorHAnsi" w:hAnsiTheme="majorHAnsi"/>
                <w:i/>
                <w:sz w:val="20"/>
                <w:szCs w:val="20"/>
              </w:rPr>
            </w:pPr>
          </w:p>
          <w:p w14:paraId="7CA6782D" w14:textId="77777777" w:rsidR="009F6215" w:rsidRPr="00915E54" w:rsidRDefault="009F6215">
            <w:pPr>
              <w:widowControl w:val="0"/>
              <w:spacing w:after="0" w:line="300" w:lineRule="auto"/>
              <w:rPr>
                <w:rFonts w:asciiTheme="majorHAnsi" w:hAnsiTheme="majorHAnsi"/>
                <w:i/>
                <w:sz w:val="20"/>
                <w:szCs w:val="20"/>
              </w:rPr>
            </w:pPr>
            <w:r w:rsidRPr="00915E54">
              <w:rPr>
                <w:rFonts w:asciiTheme="majorHAnsi" w:hAnsiTheme="majorHAnsi"/>
                <w:i/>
                <w:sz w:val="20"/>
                <w:szCs w:val="20"/>
              </w:rPr>
              <w:t>City______________________________________ State______________        Zip Code_____________</w:t>
            </w:r>
          </w:p>
          <w:p w14:paraId="195D58E0" w14:textId="77777777" w:rsidR="009F6215" w:rsidRPr="00915E54" w:rsidRDefault="009F6215">
            <w:pPr>
              <w:widowControl w:val="0"/>
              <w:spacing w:after="0" w:line="300" w:lineRule="auto"/>
              <w:rPr>
                <w:rFonts w:asciiTheme="majorHAnsi" w:hAnsiTheme="majorHAnsi"/>
                <w:i/>
                <w:sz w:val="20"/>
                <w:szCs w:val="20"/>
              </w:rPr>
            </w:pPr>
          </w:p>
          <w:p w14:paraId="2D274D09" w14:textId="77777777" w:rsidR="009F6215" w:rsidRPr="00915E54" w:rsidRDefault="009F6215">
            <w:pPr>
              <w:widowControl w:val="0"/>
              <w:spacing w:after="0" w:line="300" w:lineRule="auto"/>
              <w:rPr>
                <w:rFonts w:asciiTheme="majorHAnsi" w:hAnsiTheme="majorHAnsi"/>
                <w:i/>
                <w:sz w:val="20"/>
                <w:szCs w:val="20"/>
              </w:rPr>
            </w:pPr>
            <w:r w:rsidRPr="00915E54">
              <w:rPr>
                <w:rFonts w:asciiTheme="majorHAnsi" w:hAnsiTheme="majorHAnsi"/>
                <w:i/>
                <w:sz w:val="20"/>
                <w:szCs w:val="20"/>
              </w:rPr>
              <w:t>Phone #:        ___________________________</w:t>
            </w:r>
          </w:p>
          <w:p w14:paraId="57C32CEE" w14:textId="77777777" w:rsidR="009F6215" w:rsidRPr="00915E54" w:rsidRDefault="009F6215">
            <w:pPr>
              <w:widowControl w:val="0"/>
              <w:spacing w:after="0" w:line="300" w:lineRule="auto"/>
              <w:rPr>
                <w:rFonts w:asciiTheme="majorHAnsi" w:hAnsiTheme="majorHAnsi"/>
                <w:i/>
                <w:sz w:val="20"/>
                <w:szCs w:val="20"/>
              </w:rPr>
            </w:pPr>
          </w:p>
          <w:p w14:paraId="759F9E6B" w14:textId="77777777" w:rsidR="009F6215" w:rsidRPr="00915E54" w:rsidRDefault="009F6215">
            <w:pPr>
              <w:widowControl w:val="0"/>
              <w:spacing w:after="0" w:line="300" w:lineRule="auto"/>
              <w:rPr>
                <w:rFonts w:asciiTheme="majorHAnsi" w:hAnsiTheme="majorHAnsi"/>
                <w:i/>
                <w:sz w:val="20"/>
                <w:szCs w:val="20"/>
              </w:rPr>
            </w:pPr>
            <w:r w:rsidRPr="00915E54">
              <w:rPr>
                <w:rFonts w:asciiTheme="majorHAnsi" w:hAnsiTheme="majorHAnsi"/>
                <w:i/>
                <w:sz w:val="20"/>
                <w:szCs w:val="20"/>
              </w:rPr>
              <w:t xml:space="preserve">E-Mail:            _____________________________________________________________  </w:t>
            </w:r>
          </w:p>
          <w:p w14:paraId="56CE6A60" w14:textId="77777777" w:rsidR="009F6215" w:rsidRPr="00915E54" w:rsidRDefault="009F6215">
            <w:pPr>
              <w:widowControl w:val="0"/>
              <w:spacing w:after="0" w:line="300" w:lineRule="auto"/>
              <w:rPr>
                <w:rFonts w:asciiTheme="majorHAnsi" w:hAnsiTheme="majorHAnsi"/>
                <w:i/>
                <w:sz w:val="20"/>
                <w:szCs w:val="20"/>
              </w:rPr>
            </w:pPr>
            <w:r w:rsidRPr="00915E54">
              <w:rPr>
                <w:rFonts w:asciiTheme="majorHAnsi" w:hAnsiTheme="majorHAnsi"/>
                <w:i/>
                <w:sz w:val="20"/>
                <w:szCs w:val="20"/>
              </w:rPr>
              <w:t xml:space="preserve">                                                                                    Adult Shirt Size </w:t>
            </w:r>
            <w:r w:rsidRPr="00915E54">
              <w:rPr>
                <w:rFonts w:asciiTheme="majorHAnsi" w:hAnsiTheme="majorHAnsi"/>
                <w:i/>
                <w:iCs/>
                <w:sz w:val="20"/>
                <w:szCs w:val="20"/>
              </w:rPr>
              <w:t>(circle one)</w:t>
            </w:r>
            <w:r w:rsidRPr="00915E54">
              <w:rPr>
                <w:rFonts w:asciiTheme="majorHAnsi" w:hAnsiTheme="majorHAnsi"/>
                <w:i/>
                <w:sz w:val="20"/>
                <w:szCs w:val="20"/>
              </w:rPr>
              <w:t xml:space="preserve">   S   M   L   XL</w:t>
            </w:r>
          </w:p>
          <w:p w14:paraId="47D3D69E" w14:textId="77777777" w:rsidR="009F6215" w:rsidRPr="00915E54" w:rsidRDefault="009F6215">
            <w:pPr>
              <w:widowControl w:val="0"/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14:paraId="562958AE" w14:textId="4F067D76" w:rsidR="009F6215" w:rsidRDefault="009F6215" w:rsidP="009F6215">
      <w:pPr>
        <w:widowControl w:val="0"/>
        <w:spacing w:after="0" w:line="240" w:lineRule="auto"/>
        <w:rPr>
          <w:rFonts w:asciiTheme="majorHAnsi" w:hAnsiTheme="majorHAnsi"/>
          <w:b/>
          <w:i/>
          <w:sz w:val="20"/>
          <w:szCs w:val="20"/>
        </w:rPr>
      </w:pPr>
      <w:r w:rsidRPr="00915E54">
        <w:rPr>
          <w:rFonts w:asciiTheme="majorHAnsi" w:hAnsiTheme="majorHAnsi"/>
          <w:sz w:val="20"/>
          <w:szCs w:val="20"/>
        </w:rPr>
        <w:t>Please make check payable to</w:t>
      </w:r>
      <w:proofErr w:type="gramStart"/>
      <w:r w:rsidRPr="00915E54">
        <w:rPr>
          <w:rFonts w:asciiTheme="majorHAnsi" w:hAnsiTheme="majorHAnsi"/>
          <w:sz w:val="20"/>
          <w:szCs w:val="20"/>
        </w:rPr>
        <w:t xml:space="preserve">:  </w:t>
      </w:r>
      <w:r w:rsidRPr="00915E54">
        <w:rPr>
          <w:rFonts w:asciiTheme="majorHAnsi" w:hAnsiTheme="majorHAnsi"/>
          <w:b/>
          <w:i/>
          <w:sz w:val="20"/>
          <w:szCs w:val="20"/>
        </w:rPr>
        <w:t>Pequannock</w:t>
      </w:r>
      <w:proofErr w:type="gramEnd"/>
      <w:r w:rsidRPr="00915E54">
        <w:rPr>
          <w:rFonts w:asciiTheme="majorHAnsi" w:hAnsiTheme="majorHAnsi"/>
          <w:b/>
          <w:i/>
          <w:sz w:val="20"/>
          <w:szCs w:val="20"/>
        </w:rPr>
        <w:t xml:space="preserve"> Valley Rotary Foundation </w:t>
      </w:r>
    </w:p>
    <w:p w14:paraId="48CFDCB3" w14:textId="77777777" w:rsidR="00B129A1" w:rsidRDefault="00B129A1" w:rsidP="009F6215">
      <w:pPr>
        <w:widowControl w:val="0"/>
        <w:spacing w:after="0" w:line="240" w:lineRule="auto"/>
        <w:rPr>
          <w:rFonts w:asciiTheme="majorHAnsi" w:hAnsiTheme="majorHAnsi"/>
          <w:b/>
          <w:i/>
          <w:sz w:val="20"/>
          <w:szCs w:val="20"/>
        </w:rPr>
      </w:pPr>
    </w:p>
    <w:p w14:paraId="0B3BDDDC" w14:textId="2BC343BD" w:rsidR="009F6215" w:rsidRPr="00915E54" w:rsidRDefault="009F6215" w:rsidP="009F6215">
      <w:pPr>
        <w:widowControl w:val="0"/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915E54">
        <w:rPr>
          <w:rFonts w:asciiTheme="majorHAnsi" w:hAnsiTheme="majorHAnsi"/>
          <w:sz w:val="20"/>
          <w:szCs w:val="20"/>
        </w:rPr>
        <w:t xml:space="preserve">         </w:t>
      </w:r>
    </w:p>
    <w:p w14:paraId="12BB01D0" w14:textId="77777777" w:rsidR="009F6215" w:rsidRPr="00B34607" w:rsidRDefault="009F6215" w:rsidP="009F6215">
      <w:pPr>
        <w:spacing w:after="0" w:line="240" w:lineRule="auto"/>
        <w:rPr>
          <w:rFonts w:asciiTheme="majorHAnsi" w:hAnsiTheme="majorHAnsi"/>
          <w:b/>
          <w:bCs/>
          <w:sz w:val="20"/>
          <w:szCs w:val="20"/>
        </w:rPr>
      </w:pPr>
      <w:r w:rsidRPr="00B34607">
        <w:rPr>
          <w:rFonts w:asciiTheme="majorHAnsi" w:hAnsiTheme="majorHAnsi"/>
          <w:b/>
          <w:bCs/>
          <w:sz w:val="20"/>
          <w:szCs w:val="20"/>
        </w:rPr>
        <w:t>Thank You</w:t>
      </w:r>
    </w:p>
    <w:p w14:paraId="08BDB365" w14:textId="16E97860" w:rsidR="001779EA" w:rsidRPr="00B34607" w:rsidRDefault="009F6215" w:rsidP="00FB0535">
      <w:pPr>
        <w:spacing w:after="0"/>
        <w:rPr>
          <w:b/>
          <w:bCs/>
        </w:rPr>
      </w:pPr>
      <w:r w:rsidRPr="00B34607">
        <w:rPr>
          <w:rFonts w:asciiTheme="majorHAnsi" w:hAnsiTheme="majorHAnsi"/>
          <w:b/>
          <w:bCs/>
          <w:sz w:val="20"/>
          <w:szCs w:val="20"/>
        </w:rPr>
        <w:t xml:space="preserve">The Pequannock Valley Rotary Foundation </w:t>
      </w:r>
    </w:p>
    <w:sectPr w:rsidR="001779EA" w:rsidRPr="00B34607" w:rsidSect="00034616">
      <w:headerReference w:type="default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2A782F" w14:textId="77777777" w:rsidR="00CD4A4D" w:rsidRDefault="00CD4A4D">
      <w:pPr>
        <w:spacing w:after="0" w:line="240" w:lineRule="auto"/>
      </w:pPr>
      <w:r>
        <w:separator/>
      </w:r>
    </w:p>
  </w:endnote>
  <w:endnote w:type="continuationSeparator" w:id="0">
    <w:p w14:paraId="38CA7356" w14:textId="77777777" w:rsidR="00CD4A4D" w:rsidRDefault="00CD4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A7A37" w14:textId="5D9875C3" w:rsidR="009F6215" w:rsidRDefault="009F6215" w:rsidP="009F6215">
    <w:pPr>
      <w:pStyle w:val="Footer"/>
      <w:pBdr>
        <w:top w:val="single" w:sz="4" w:space="1" w:color="auto"/>
      </w:pBdr>
      <w:ind w:left="540" w:right="720"/>
      <w:jc w:val="center"/>
      <w:rPr>
        <w:bCs/>
        <w:i/>
        <w:color w:val="1F497D"/>
        <w:sz w:val="16"/>
        <w:szCs w:val="16"/>
      </w:rPr>
    </w:pPr>
    <w:r>
      <w:rPr>
        <w:i/>
        <w:color w:val="1F497D"/>
        <w:sz w:val="16"/>
        <w:szCs w:val="16"/>
      </w:rPr>
      <w:t>The Pequannock Valley Rotary Foundation, Corp is recognized by the IRS as a charity under section 501(c)(3) of the Internal Revenue Code</w:t>
    </w:r>
    <w:r>
      <w:rPr>
        <w:bCs/>
        <w:i/>
        <w:color w:val="1F497D"/>
        <w:sz w:val="16"/>
        <w:szCs w:val="16"/>
      </w:rPr>
      <w:t>.  Your contributions to the Foundation are fully deductible to the extent allowed by law.</w:t>
    </w:r>
  </w:p>
  <w:p w14:paraId="53AF785B" w14:textId="77777777" w:rsidR="009F6215" w:rsidRDefault="009F6215" w:rsidP="009F6215">
    <w:pPr>
      <w:pStyle w:val="Footer"/>
      <w:jc w:val="center"/>
      <w:rPr>
        <w:i/>
        <w:color w:val="1F497D"/>
      </w:rPr>
    </w:pPr>
    <w:r>
      <w:rPr>
        <w:bCs/>
        <w:i/>
        <w:color w:val="1F497D"/>
        <w:sz w:val="16"/>
        <w:szCs w:val="16"/>
      </w:rPr>
      <w:t>Tax ID# 22-6605975</w:t>
    </w:r>
  </w:p>
  <w:p w14:paraId="02349B05" w14:textId="5F626A64" w:rsidR="009F6215" w:rsidRDefault="009F6215">
    <w:pPr>
      <w:pStyle w:val="Footer"/>
    </w:pPr>
  </w:p>
  <w:p w14:paraId="259E388C" w14:textId="77777777" w:rsidR="009F6215" w:rsidRDefault="009F62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DD2235" w14:textId="77777777" w:rsidR="00CD4A4D" w:rsidRDefault="00CD4A4D">
      <w:pPr>
        <w:spacing w:after="0" w:line="240" w:lineRule="auto"/>
      </w:pPr>
      <w:r>
        <w:separator/>
      </w:r>
    </w:p>
  </w:footnote>
  <w:footnote w:type="continuationSeparator" w:id="0">
    <w:p w14:paraId="147240D7" w14:textId="77777777" w:rsidR="00CD4A4D" w:rsidRDefault="00CD4A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87EED" w14:textId="4B7DD1BA" w:rsidR="001779EA" w:rsidRDefault="008B5EDA" w:rsidP="008B5EDA">
    <w:pPr>
      <w:pStyle w:val="Header"/>
      <w:jc w:val="center"/>
    </w:pPr>
    <w:r>
      <w:rPr>
        <w:noProof/>
      </w:rPr>
      <w:drawing>
        <wp:inline distT="0" distB="0" distL="0" distR="0" wp14:anchorId="34E3B432" wp14:editId="40DE43D2">
          <wp:extent cx="1822587" cy="667438"/>
          <wp:effectExtent l="0" t="0" r="6350" b="0"/>
          <wp:docPr id="88089404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0894041" name="Picture 8808940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4602" cy="6681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B4D0498" wp14:editId="03B9B9EC">
          <wp:extent cx="572489" cy="34709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ag_watermark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86582" cy="3556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6F21262"/>
    <w:multiLevelType w:val="hybridMultilevel"/>
    <w:tmpl w:val="E512A4B6"/>
    <w:lvl w:ilvl="0" w:tplc="F364E520">
      <w:numFmt w:val="bullet"/>
      <w:lvlText w:val="•"/>
      <w:lvlJc w:val="left"/>
      <w:pPr>
        <w:ind w:left="180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7904016"/>
    <w:multiLevelType w:val="hybridMultilevel"/>
    <w:tmpl w:val="934A2A98"/>
    <w:lvl w:ilvl="0" w:tplc="F364E520">
      <w:numFmt w:val="bullet"/>
      <w:lvlText w:val="•"/>
      <w:lvlJc w:val="left"/>
      <w:pPr>
        <w:ind w:left="180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6921B33"/>
    <w:multiLevelType w:val="hybridMultilevel"/>
    <w:tmpl w:val="9FFE511A"/>
    <w:lvl w:ilvl="0" w:tplc="F364E520">
      <w:numFmt w:val="bullet"/>
      <w:lvlText w:val="•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62415C7"/>
    <w:multiLevelType w:val="hybridMultilevel"/>
    <w:tmpl w:val="5934A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11749805">
    <w:abstractNumId w:val="8"/>
  </w:num>
  <w:num w:numId="2" w16cid:durableId="46148854">
    <w:abstractNumId w:val="6"/>
  </w:num>
  <w:num w:numId="3" w16cid:durableId="972445732">
    <w:abstractNumId w:val="5"/>
  </w:num>
  <w:num w:numId="4" w16cid:durableId="1451978098">
    <w:abstractNumId w:val="4"/>
  </w:num>
  <w:num w:numId="5" w16cid:durableId="1307078913">
    <w:abstractNumId w:val="7"/>
  </w:num>
  <w:num w:numId="6" w16cid:durableId="1925256635">
    <w:abstractNumId w:val="3"/>
  </w:num>
  <w:num w:numId="7" w16cid:durableId="89812989">
    <w:abstractNumId w:val="2"/>
  </w:num>
  <w:num w:numId="8" w16cid:durableId="1864853451">
    <w:abstractNumId w:val="1"/>
  </w:num>
  <w:num w:numId="9" w16cid:durableId="1097752882">
    <w:abstractNumId w:val="0"/>
  </w:num>
  <w:num w:numId="10" w16cid:durableId="1827821833">
    <w:abstractNumId w:val="12"/>
  </w:num>
  <w:num w:numId="11" w16cid:durableId="808863381">
    <w:abstractNumId w:val="11"/>
  </w:num>
  <w:num w:numId="12" w16cid:durableId="689726383">
    <w:abstractNumId w:val="9"/>
  </w:num>
  <w:num w:numId="13" w16cid:durableId="119669515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7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2C25"/>
    <w:rsid w:val="00034616"/>
    <w:rsid w:val="0006063C"/>
    <w:rsid w:val="00085EB1"/>
    <w:rsid w:val="000B6F5C"/>
    <w:rsid w:val="000D5E93"/>
    <w:rsid w:val="00106FAC"/>
    <w:rsid w:val="001319A8"/>
    <w:rsid w:val="0015074B"/>
    <w:rsid w:val="001779EA"/>
    <w:rsid w:val="001C4940"/>
    <w:rsid w:val="00240456"/>
    <w:rsid w:val="00292D94"/>
    <w:rsid w:val="0029639D"/>
    <w:rsid w:val="003131CE"/>
    <w:rsid w:val="00326F90"/>
    <w:rsid w:val="00461D34"/>
    <w:rsid w:val="004C0651"/>
    <w:rsid w:val="004D155F"/>
    <w:rsid w:val="005021E4"/>
    <w:rsid w:val="00567FCD"/>
    <w:rsid w:val="00583EB5"/>
    <w:rsid w:val="00585691"/>
    <w:rsid w:val="005970C6"/>
    <w:rsid w:val="00707C05"/>
    <w:rsid w:val="0075159C"/>
    <w:rsid w:val="00774354"/>
    <w:rsid w:val="007D3853"/>
    <w:rsid w:val="00806BA7"/>
    <w:rsid w:val="00822F2E"/>
    <w:rsid w:val="00845225"/>
    <w:rsid w:val="00896D9D"/>
    <w:rsid w:val="008B5EDA"/>
    <w:rsid w:val="008C53B9"/>
    <w:rsid w:val="008D03D9"/>
    <w:rsid w:val="008D3ED8"/>
    <w:rsid w:val="008F69CC"/>
    <w:rsid w:val="00940545"/>
    <w:rsid w:val="009C46DE"/>
    <w:rsid w:val="009C568A"/>
    <w:rsid w:val="009F6215"/>
    <w:rsid w:val="00A2209B"/>
    <w:rsid w:val="00AA1D8D"/>
    <w:rsid w:val="00AB2FEA"/>
    <w:rsid w:val="00AF649E"/>
    <w:rsid w:val="00B129A1"/>
    <w:rsid w:val="00B34607"/>
    <w:rsid w:val="00B47730"/>
    <w:rsid w:val="00B84AC2"/>
    <w:rsid w:val="00BE0DFC"/>
    <w:rsid w:val="00BE7FB9"/>
    <w:rsid w:val="00C05539"/>
    <w:rsid w:val="00C50979"/>
    <w:rsid w:val="00C96521"/>
    <w:rsid w:val="00CB0664"/>
    <w:rsid w:val="00CD4A4D"/>
    <w:rsid w:val="00D52160"/>
    <w:rsid w:val="00DB5165"/>
    <w:rsid w:val="00DB6198"/>
    <w:rsid w:val="00DE5E79"/>
    <w:rsid w:val="00E06819"/>
    <w:rsid w:val="00E07A40"/>
    <w:rsid w:val="00E245E2"/>
    <w:rsid w:val="00E54EE7"/>
    <w:rsid w:val="00E66F2F"/>
    <w:rsid w:val="00EA039F"/>
    <w:rsid w:val="00EB2CAE"/>
    <w:rsid w:val="00F57240"/>
    <w:rsid w:val="00F93EF3"/>
    <w:rsid w:val="00FB0535"/>
    <w:rsid w:val="00FC33F8"/>
    <w:rsid w:val="00FC693F"/>
    <w:rsid w:val="00FE1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DA85D03"/>
  <w14:defaultImageDpi w14:val="300"/>
  <w15:docId w15:val="{6D1FB5A0-21A4-4A1F-B36B-C142A79EC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567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645</Words>
  <Characters>3853</Characters>
  <Application>Microsoft Office Word</Application>
  <DocSecurity>0</DocSecurity>
  <Lines>137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4435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/>
  <cp:lastModifiedBy>herb hamilton</cp:lastModifiedBy>
  <cp:revision>2</cp:revision>
  <cp:lastPrinted>2026-04-08T13:36:00Z</cp:lastPrinted>
  <dcterms:created xsi:type="dcterms:W3CDTF">2026-04-10T16:22:00Z</dcterms:created>
  <dcterms:modified xsi:type="dcterms:W3CDTF">2026-04-10T16:22:00Z</dcterms:modified>
  <cp:category/>
</cp:coreProperties>
</file>