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46938C" w14:textId="77777777" w:rsidR="0068778B" w:rsidRDefault="00CD6553">
      <w:pPr>
        <w:jc w:val="center"/>
      </w:pPr>
      <w:r>
        <w:rPr>
          <w:b/>
          <w:sz w:val="34"/>
        </w:rPr>
        <w:t>RED OAK INTERACT CLUB</w:t>
      </w:r>
    </w:p>
    <w:p w14:paraId="78974489" w14:textId="77777777" w:rsidR="0068778B" w:rsidRDefault="00CD6553">
      <w:pPr>
        <w:jc w:val="center"/>
      </w:pPr>
      <w:r>
        <w:rPr>
          <w:i/>
          <w:sz w:val="23"/>
        </w:rPr>
        <w:t>Parent Information Sheet</w:t>
      </w:r>
    </w:p>
    <w:p w14:paraId="5E2D4470" w14:textId="77D2427F" w:rsidR="0068778B" w:rsidRDefault="00CD6553">
      <w:pPr>
        <w:spacing w:after="80"/>
      </w:pPr>
      <w:r>
        <w:t xml:space="preserve">The Rotary Club of Red Oak is organizing a community-based Interact club for </w:t>
      </w:r>
      <w:r w:rsidR="00AC44D5">
        <w:t>students 9-12 grade</w:t>
      </w:r>
      <w:r>
        <w:t xml:space="preserve">. Interact is Rotary International’s youth leadership and service program. The local goal is to give </w:t>
      </w:r>
      <w:r>
        <w:t>students a meaningful way to build leadership skills, serve the community, and learn more about civic engagement in Red Oak.</w:t>
      </w:r>
    </w:p>
    <w:p w14:paraId="532E2761" w14:textId="77777777" w:rsidR="00AC44D5" w:rsidRDefault="00AC44D5">
      <w:pPr>
        <w:rPr>
          <w:b/>
          <w:sz w:val="23"/>
        </w:rPr>
      </w:pPr>
    </w:p>
    <w:p w14:paraId="09A76285" w14:textId="4F42DD3C" w:rsidR="0068778B" w:rsidRDefault="00CD6553">
      <w:r>
        <w:rPr>
          <w:b/>
          <w:sz w:val="23"/>
        </w:rPr>
        <w:t>What is Interact?</w:t>
      </w:r>
    </w:p>
    <w:p w14:paraId="757B3605" w14:textId="77777777" w:rsidR="0068778B" w:rsidRDefault="00CD6553">
      <w:pPr>
        <w:spacing w:after="10"/>
        <w:ind w:left="259" w:hanging="259"/>
      </w:pPr>
      <w:r>
        <w:rPr>
          <w:b/>
        </w:rPr>
        <w:t xml:space="preserve">• </w:t>
      </w:r>
      <w:r>
        <w:t>A youth leadership and service club sponsored locally by the Rotary Club of Red Oak.</w:t>
      </w:r>
    </w:p>
    <w:p w14:paraId="12D45661" w14:textId="77777777" w:rsidR="0068778B" w:rsidRDefault="00CD6553">
      <w:pPr>
        <w:spacing w:after="10"/>
        <w:ind w:left="259" w:hanging="259"/>
      </w:pPr>
      <w:r>
        <w:rPr>
          <w:b/>
        </w:rPr>
        <w:t xml:space="preserve">• </w:t>
      </w:r>
      <w:r>
        <w:t>A club where students he</w:t>
      </w:r>
      <w:r>
        <w:t>lp shape projects, activities, and leadership opportunities.</w:t>
      </w:r>
    </w:p>
    <w:p w14:paraId="770284C0" w14:textId="77777777" w:rsidR="0068778B" w:rsidRDefault="00CD6553">
      <w:pPr>
        <w:spacing w:after="10"/>
        <w:ind w:left="259" w:hanging="259"/>
      </w:pPr>
      <w:r>
        <w:rPr>
          <w:b/>
        </w:rPr>
        <w:t xml:space="preserve">• </w:t>
      </w:r>
      <w:r>
        <w:t>A program focused on service, leadership, and learning how to make a positive difference locally and beyond.</w:t>
      </w:r>
    </w:p>
    <w:p w14:paraId="28FEBA6E" w14:textId="77777777" w:rsidR="00AC44D5" w:rsidRDefault="00AC44D5">
      <w:pPr>
        <w:rPr>
          <w:b/>
          <w:sz w:val="23"/>
        </w:rPr>
      </w:pPr>
    </w:p>
    <w:p w14:paraId="36ABBED3" w14:textId="1BD72DA4" w:rsidR="0068778B" w:rsidRDefault="00CD6553">
      <w:r>
        <w:rPr>
          <w:b/>
          <w:sz w:val="23"/>
        </w:rPr>
        <w:t>What would the Red Oak club look like?</w:t>
      </w:r>
    </w:p>
    <w:p w14:paraId="75C46EE7" w14:textId="77777777" w:rsidR="0068778B" w:rsidRDefault="00CD6553">
      <w:pPr>
        <w:spacing w:after="10"/>
        <w:ind w:left="259" w:hanging="259"/>
      </w:pPr>
      <w:r>
        <w:rPr>
          <w:b/>
        </w:rPr>
        <w:t xml:space="preserve">• </w:t>
      </w:r>
      <w:r>
        <w:t xml:space="preserve">Community-based, with school meeting space </w:t>
      </w:r>
      <w:r>
        <w:t>used for convenience if available.</w:t>
      </w:r>
    </w:p>
    <w:p w14:paraId="0BDF9459" w14:textId="77777777" w:rsidR="0068778B" w:rsidRDefault="00CD6553">
      <w:pPr>
        <w:spacing w:after="10"/>
        <w:ind w:left="259" w:hanging="259"/>
      </w:pPr>
      <w:r>
        <w:rPr>
          <w:b/>
        </w:rPr>
        <w:t xml:space="preserve">• </w:t>
      </w:r>
      <w:r>
        <w:t>At least monthly meetings during the school year.</w:t>
      </w:r>
    </w:p>
    <w:p w14:paraId="1B4ADAB3" w14:textId="77777777" w:rsidR="0068778B" w:rsidRDefault="00CD6553">
      <w:pPr>
        <w:spacing w:after="10"/>
        <w:ind w:left="259" w:hanging="259"/>
      </w:pPr>
      <w:r>
        <w:rPr>
          <w:b/>
        </w:rPr>
        <w:t xml:space="preserve">• </w:t>
      </w:r>
      <w:r>
        <w:t>No dues are planned.</w:t>
      </w:r>
    </w:p>
    <w:p w14:paraId="21B4B9A1" w14:textId="77777777" w:rsidR="0068778B" w:rsidRDefault="00CD6553">
      <w:pPr>
        <w:spacing w:after="10"/>
        <w:ind w:left="259" w:hanging="259"/>
      </w:pPr>
      <w:r>
        <w:rPr>
          <w:b/>
        </w:rPr>
        <w:t xml:space="preserve">• </w:t>
      </w:r>
      <w:r>
        <w:t>A local emphasis on service, leadership, and civic engagement.</w:t>
      </w:r>
    </w:p>
    <w:p w14:paraId="2D421C99" w14:textId="77777777" w:rsidR="0068778B" w:rsidRDefault="00CD6553">
      <w:pPr>
        <w:spacing w:after="10"/>
        <w:ind w:left="259" w:hanging="259"/>
      </w:pPr>
      <w:r>
        <w:rPr>
          <w:b/>
        </w:rPr>
        <w:t xml:space="preserve">• </w:t>
      </w:r>
      <w:r>
        <w:t>Student-led projects with adult oversight and support from Rotary.</w:t>
      </w:r>
    </w:p>
    <w:p w14:paraId="38FC12C5" w14:textId="77777777" w:rsidR="00AC44D5" w:rsidRDefault="00AC44D5">
      <w:pPr>
        <w:rPr>
          <w:b/>
          <w:sz w:val="23"/>
        </w:rPr>
      </w:pPr>
    </w:p>
    <w:p w14:paraId="5C4FDB84" w14:textId="32F69698" w:rsidR="0068778B" w:rsidRDefault="00CD6553">
      <w:r>
        <w:rPr>
          <w:b/>
          <w:sz w:val="23"/>
        </w:rPr>
        <w:t>What can stu</w:t>
      </w:r>
      <w:r>
        <w:rPr>
          <w:b/>
          <w:sz w:val="23"/>
        </w:rPr>
        <w:t>dents expect?</w:t>
      </w:r>
    </w:p>
    <w:p w14:paraId="7EA55128" w14:textId="77777777" w:rsidR="0068778B" w:rsidRDefault="00CD6553">
      <w:pPr>
        <w:spacing w:after="10"/>
        <w:ind w:left="259" w:hanging="259"/>
      </w:pPr>
      <w:r>
        <w:rPr>
          <w:b/>
        </w:rPr>
        <w:t xml:space="preserve">• </w:t>
      </w:r>
      <w:r>
        <w:t>Opportunities to help plan service projects and community activities.</w:t>
      </w:r>
    </w:p>
    <w:p w14:paraId="2727758D" w14:textId="77777777" w:rsidR="0068778B" w:rsidRDefault="00CD6553">
      <w:pPr>
        <w:spacing w:after="10"/>
        <w:ind w:left="259" w:hanging="259"/>
      </w:pPr>
      <w:r>
        <w:rPr>
          <w:b/>
        </w:rPr>
        <w:t xml:space="preserve">• </w:t>
      </w:r>
      <w:r>
        <w:t>Leadership roles for students who want greater involvement.</w:t>
      </w:r>
    </w:p>
    <w:p w14:paraId="2FD56C2E" w14:textId="77777777" w:rsidR="0068778B" w:rsidRDefault="00CD6553">
      <w:pPr>
        <w:spacing w:after="10"/>
        <w:ind w:left="259" w:hanging="259"/>
      </w:pPr>
      <w:r>
        <w:rPr>
          <w:b/>
        </w:rPr>
        <w:t xml:space="preserve">• </w:t>
      </w:r>
      <w:r>
        <w:t>A chance to meet other students who want to be active in the community.</w:t>
      </w:r>
    </w:p>
    <w:p w14:paraId="29A3DEE7" w14:textId="77777777" w:rsidR="0068778B" w:rsidRDefault="00CD6553">
      <w:pPr>
        <w:spacing w:after="10"/>
        <w:ind w:left="259" w:hanging="259"/>
      </w:pPr>
      <w:r>
        <w:rPr>
          <w:b/>
        </w:rPr>
        <w:t xml:space="preserve">• </w:t>
      </w:r>
      <w:r>
        <w:t>A positive, structured environme</w:t>
      </w:r>
      <w:r>
        <w:t>nt with adult guidance from Rotary.</w:t>
      </w:r>
    </w:p>
    <w:p w14:paraId="72188D6E" w14:textId="77777777" w:rsidR="00AC44D5" w:rsidRDefault="00AC44D5">
      <w:pPr>
        <w:rPr>
          <w:b/>
          <w:sz w:val="23"/>
        </w:rPr>
      </w:pPr>
    </w:p>
    <w:p w14:paraId="0EAB149E" w14:textId="76D8B159" w:rsidR="0068778B" w:rsidRDefault="00CD6553">
      <w:r>
        <w:rPr>
          <w:b/>
          <w:sz w:val="23"/>
        </w:rPr>
        <w:t>What is the school being asked to provide?</w:t>
      </w:r>
    </w:p>
    <w:p w14:paraId="5442BCED" w14:textId="77777777" w:rsidR="0068778B" w:rsidRDefault="00CD6553">
      <w:pPr>
        <w:spacing w:after="10"/>
        <w:ind w:left="259" w:hanging="259"/>
      </w:pPr>
      <w:r>
        <w:rPr>
          <w:b/>
        </w:rPr>
        <w:t xml:space="preserve">• </w:t>
      </w:r>
      <w:r>
        <w:t>Only meeting space and an opportunity to make students aware of the club.</w:t>
      </w:r>
    </w:p>
    <w:p w14:paraId="1F56AD89" w14:textId="77777777" w:rsidR="0068778B" w:rsidRDefault="00CD6553">
      <w:pPr>
        <w:spacing w:after="10"/>
        <w:ind w:left="259" w:hanging="259"/>
      </w:pPr>
      <w:r>
        <w:rPr>
          <w:b/>
        </w:rPr>
        <w:t xml:space="preserve">• </w:t>
      </w:r>
      <w:r>
        <w:t>The school is not being asked to fund, staff, or manage the club.</w:t>
      </w:r>
    </w:p>
    <w:p w14:paraId="5B4C27A6" w14:textId="77777777" w:rsidR="0068778B" w:rsidRDefault="00CD6553">
      <w:pPr>
        <w:spacing w:after="10"/>
        <w:ind w:left="259" w:hanging="259"/>
      </w:pPr>
      <w:r>
        <w:rPr>
          <w:b/>
        </w:rPr>
        <w:t xml:space="preserve">• </w:t>
      </w:r>
      <w:r>
        <w:t>The Rotary Club of Red Oak woul</w:t>
      </w:r>
      <w:r>
        <w:t>d provide sponsor oversight and adult support.</w:t>
      </w:r>
    </w:p>
    <w:p w14:paraId="0082BE05" w14:textId="77777777" w:rsidR="00AC44D5" w:rsidRDefault="00AC44D5">
      <w:pPr>
        <w:rPr>
          <w:b/>
          <w:sz w:val="23"/>
        </w:rPr>
      </w:pPr>
    </w:p>
    <w:p w14:paraId="139A0511" w14:textId="2CA99340" w:rsidR="0068778B" w:rsidRDefault="00CD6553">
      <w:bookmarkStart w:id="0" w:name="_GoBack"/>
      <w:bookmarkEnd w:id="0"/>
      <w:r>
        <w:rPr>
          <w:b/>
          <w:sz w:val="23"/>
        </w:rPr>
        <w:t>Parent note</w:t>
      </w:r>
    </w:p>
    <w:p w14:paraId="16C11706" w14:textId="77777777" w:rsidR="0068778B" w:rsidRDefault="00CD6553">
      <w:pPr>
        <w:spacing w:after="80"/>
      </w:pPr>
      <w:r>
        <w:t>This club is intended to be a positive opportunity for students to grow in leadership, responsibility, and service. More details about meeting times, activities, and any participation forms will be</w:t>
      </w:r>
      <w:r>
        <w:t xml:space="preserve"> provided before regular meetings begin.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68778B" w14:paraId="42F0A819" w14:textId="77777777">
        <w:trPr>
          <w:jc w:val="center"/>
        </w:trPr>
        <w:tc>
          <w:tcPr>
            <w:tcW w:w="5112" w:type="dxa"/>
            <w:vAlign w:val="center"/>
          </w:tcPr>
          <w:p w14:paraId="089CFD5A" w14:textId="77777777" w:rsidR="0068778B" w:rsidRDefault="00CD6553">
            <w:pPr>
              <w:spacing w:after="0"/>
            </w:pPr>
            <w:r>
              <w:rPr>
                <w:b/>
              </w:rPr>
              <w:t>Sponsor Club</w:t>
            </w:r>
          </w:p>
        </w:tc>
        <w:tc>
          <w:tcPr>
            <w:tcW w:w="5112" w:type="dxa"/>
            <w:vAlign w:val="center"/>
          </w:tcPr>
          <w:p w14:paraId="09B013B4" w14:textId="77777777" w:rsidR="0068778B" w:rsidRDefault="00CD6553">
            <w:pPr>
              <w:spacing w:after="0"/>
            </w:pPr>
            <w:r>
              <w:t>Rotary Club of Red Oak</w:t>
            </w:r>
          </w:p>
        </w:tc>
      </w:tr>
      <w:tr w:rsidR="0068778B" w14:paraId="5ADC25AF" w14:textId="77777777">
        <w:trPr>
          <w:jc w:val="center"/>
        </w:trPr>
        <w:tc>
          <w:tcPr>
            <w:tcW w:w="5112" w:type="dxa"/>
            <w:vAlign w:val="center"/>
          </w:tcPr>
          <w:p w14:paraId="256D9A67" w14:textId="77777777" w:rsidR="0068778B" w:rsidRDefault="00CD6553">
            <w:pPr>
              <w:spacing w:after="0"/>
            </w:pPr>
            <w:r>
              <w:rPr>
                <w:b/>
              </w:rPr>
              <w:t>Questions / Interest</w:t>
            </w:r>
          </w:p>
        </w:tc>
        <w:tc>
          <w:tcPr>
            <w:tcW w:w="5112" w:type="dxa"/>
            <w:vAlign w:val="center"/>
          </w:tcPr>
          <w:p w14:paraId="78C93AA8" w14:textId="29CB49BD" w:rsidR="0068778B" w:rsidRDefault="00CD6553">
            <w:pPr>
              <w:spacing w:after="0"/>
            </w:pPr>
            <w:r>
              <w:t xml:space="preserve">Contact: </w:t>
            </w:r>
            <w:r w:rsidR="00AC44D5">
              <w:t>Tim Fridolph, 712-370-2141</w:t>
            </w:r>
          </w:p>
        </w:tc>
      </w:tr>
    </w:tbl>
    <w:p w14:paraId="3D703202" w14:textId="410214B4" w:rsidR="0068778B" w:rsidRDefault="0068778B" w:rsidP="00AC44D5"/>
    <w:sectPr w:rsidR="0068778B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8778B"/>
    <w:rsid w:val="00AA1D8D"/>
    <w:rsid w:val="00AC44D5"/>
    <w:rsid w:val="00B47730"/>
    <w:rsid w:val="00CB0664"/>
    <w:rsid w:val="00CD65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6ED243"/>
  <w14:defaultImageDpi w14:val="300"/>
  <w15:docId w15:val="{F4DC305A-0DFC-8D47-94EC-18C67673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6BEA783-CFCF-A043-8840-F77BE7B38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Tim Fridolph</cp:lastModifiedBy>
  <cp:revision>2</cp:revision>
  <cp:lastPrinted>2026-10-12T01:16:00Z</cp:lastPrinted>
  <dcterms:created xsi:type="dcterms:W3CDTF">2013-12-23T23:15:00Z</dcterms:created>
  <dcterms:modified xsi:type="dcterms:W3CDTF">2026-10-12T15:37:00Z</dcterms:modified>
  <cp:category/>
</cp:coreProperties>
</file>