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871DAB" w14:textId="77777777" w:rsidR="005F62ED" w:rsidRDefault="00000000">
      <w:pPr>
        <w:spacing w:after="40"/>
        <w:jc w:val="center"/>
      </w:pPr>
      <w:r>
        <w:rPr>
          <w:b/>
          <w:color w:val="003366"/>
          <w:sz w:val="28"/>
        </w:rPr>
        <w:t>ROTARY CLUB WOLFVILLE-MUD CREEK</w:t>
      </w:r>
      <w:r>
        <w:rPr>
          <w:b/>
          <w:color w:val="003366"/>
          <w:sz w:val="28"/>
        </w:rPr>
        <w:br/>
      </w:r>
      <w:r>
        <w:rPr>
          <w:b/>
          <w:sz w:val="24"/>
        </w:rPr>
        <w:t>COMMUNITY SERVICES REQUEST FOR SUPPORT</w:t>
      </w:r>
    </w:p>
    <w:p w14:paraId="4B89E3DD" w14:textId="77777777" w:rsidR="005F62ED" w:rsidRDefault="00000000">
      <w:pPr>
        <w:spacing w:after="160"/>
        <w:jc w:val="center"/>
      </w:pPr>
      <w:r>
        <w:rPr>
          <w:i/>
          <w:color w:val="555555"/>
        </w:rPr>
        <w:t>Vision: Our communities are healthy and vibrant, one project at a time.</w:t>
      </w:r>
    </w:p>
    <w:p w14:paraId="03F77EB7" w14:textId="77777777" w:rsidR="005F62ED" w:rsidRDefault="005F62ED">
      <w:pPr>
        <w:pBdr>
          <w:bottom w:val="single" w:sz="6" w:space="1" w:color="003366"/>
        </w:pBdr>
        <w:spacing w:after="160"/>
      </w:pPr>
    </w:p>
    <w:p w14:paraId="48C4D566" w14:textId="77777777" w:rsidR="005F62ED" w:rsidRDefault="00000000">
      <w:pPr>
        <w:spacing w:before="160" w:after="60"/>
      </w:pPr>
      <w:r>
        <w:rPr>
          <w:b/>
          <w:color w:val="003366"/>
          <w:sz w:val="22"/>
        </w:rPr>
        <w:t>About This Fund</w:t>
      </w:r>
    </w:p>
    <w:p w14:paraId="423B7642" w14:textId="77777777" w:rsidR="005F62ED" w:rsidRDefault="00000000">
      <w:pPr>
        <w:spacing w:after="60"/>
      </w:pPr>
      <w:r>
        <w:t>Wolfville - Mud Creek Rotary distributes funds raised through our 50/50 Toonie Toss lottery to community organizations doing good work in our area. Because these funds come from a licensed lottery, by law they cannot support a business or cover an individual's personal expenses.</w:t>
      </w:r>
    </w:p>
    <w:p w14:paraId="7E349166" w14:textId="77777777" w:rsidR="005F62ED" w:rsidRDefault="00000000">
      <w:pPr>
        <w:spacing w:before="160" w:after="60"/>
      </w:pPr>
      <w:r>
        <w:rPr>
          <w:b/>
          <w:color w:val="003366"/>
          <w:sz w:val="22"/>
        </w:rPr>
        <w:t>What We Support</w:t>
      </w:r>
    </w:p>
    <w:p w14:paraId="41BAE493" w14:textId="77777777" w:rsidR="005F62ED" w:rsidRDefault="00000000">
      <w:pPr>
        <w:spacing w:after="60"/>
      </w:pPr>
      <w:r>
        <w:t>Your project should address at least one of the following:</w:t>
      </w:r>
    </w:p>
    <w:p w14:paraId="39DFB23F" w14:textId="77777777" w:rsidR="005F62ED" w:rsidRDefault="00000000">
      <w:pPr>
        <w:pStyle w:val="ListBullet"/>
        <w:spacing w:after="40"/>
      </w:pPr>
      <w:r>
        <w:t>Basic needs — food, water, shelter, or emergency assistance</w:t>
      </w:r>
    </w:p>
    <w:p w14:paraId="55C5E25E" w14:textId="77777777" w:rsidR="005F62ED" w:rsidRDefault="00000000">
      <w:pPr>
        <w:pStyle w:val="ListBullet"/>
        <w:spacing w:after="40"/>
      </w:pPr>
      <w:r>
        <w:t>Physical, dental or mental health</w:t>
      </w:r>
    </w:p>
    <w:p w14:paraId="238A14EE" w14:textId="77777777" w:rsidR="005F62ED" w:rsidRDefault="00000000">
      <w:pPr>
        <w:pStyle w:val="ListBullet"/>
        <w:spacing w:after="40"/>
      </w:pPr>
      <w:r>
        <w:t>Cultural celebrations and awareness</w:t>
      </w:r>
    </w:p>
    <w:p w14:paraId="0351ADB4" w14:textId="77777777" w:rsidR="005F62ED" w:rsidRDefault="00000000">
      <w:pPr>
        <w:pStyle w:val="ListBullet"/>
        <w:spacing w:after="40"/>
      </w:pPr>
      <w:r>
        <w:t>Healthy behaviours - social and physical</w:t>
      </w:r>
    </w:p>
    <w:p w14:paraId="6F81918D" w14:textId="77777777" w:rsidR="005F62ED" w:rsidRDefault="00000000">
      <w:pPr>
        <w:spacing w:after="40"/>
      </w:pPr>
      <w:r>
        <w:t>Programs run in the following ways will be given priority:</w:t>
      </w:r>
    </w:p>
    <w:p w14:paraId="58B9D326" w14:textId="77777777" w:rsidR="005F62ED" w:rsidRDefault="00000000">
      <w:pPr>
        <w:pStyle w:val="ListBullet"/>
        <w:spacing w:after="40"/>
      </w:pPr>
      <w:r>
        <w:t>Free or subsidized programs and services</w:t>
      </w:r>
    </w:p>
    <w:p w14:paraId="6BE62C0C" w14:textId="77777777" w:rsidR="005F62ED" w:rsidRDefault="00000000">
      <w:pPr>
        <w:pStyle w:val="ListBullet"/>
        <w:spacing w:after="40"/>
      </w:pPr>
      <w:r>
        <w:t>Programs and services that are inclusive of and accessible to marginalized members of our community</w:t>
      </w:r>
    </w:p>
    <w:p w14:paraId="7834C0FE" w14:textId="77777777" w:rsidR="005F62ED" w:rsidRDefault="00000000">
      <w:pPr>
        <w:spacing w:after="120"/>
      </w:pPr>
      <w:r>
        <w:t>Your project should also address a local need, benefit our community directly, and not simply replace an organization's core operating funding. We do not fund sports teams directly. Sports teams are welcome to volunteer for the Toonie Toss count in exchange for an honorarium.</w:t>
      </w:r>
    </w:p>
    <w:p w14:paraId="1ADCBB0D" w14:textId="77777777" w:rsidR="005F62ED" w:rsidRDefault="00000000">
      <w:pPr>
        <w:spacing w:before="160" w:after="60"/>
      </w:pPr>
      <w:r>
        <w:rPr>
          <w:b/>
          <w:color w:val="003366"/>
          <w:sz w:val="22"/>
        </w:rPr>
        <w:t>Application deadlines (reviewed quarterly):</w:t>
      </w:r>
    </w:p>
    <w:tbl>
      <w:tblPr>
        <w:tblW w:w="0" w:type="auto"/>
        <w:jc w:val="center"/>
        <w:tblLook w:val="04A0" w:firstRow="1" w:lastRow="0" w:firstColumn="1" w:lastColumn="0" w:noHBand="0" w:noVBand="1"/>
      </w:tblPr>
      <w:tblGrid>
        <w:gridCol w:w="3168"/>
        <w:gridCol w:w="3168"/>
      </w:tblGrid>
      <w:tr w:rsidR="005F62ED" w14:paraId="2AEF6DE2" w14:textId="77777777">
        <w:trPr>
          <w:jc w:val="center"/>
        </w:trPr>
        <w:tc>
          <w:tcPr>
            <w:tcW w:w="3168" w:type="dxa"/>
            <w:tcBorders>
              <w:top w:val="single" w:sz="4" w:space="0" w:color="003366"/>
              <w:left w:val="single" w:sz="4" w:space="0" w:color="003366"/>
              <w:bottom w:val="single" w:sz="4" w:space="0" w:color="003366"/>
              <w:right w:val="single" w:sz="4" w:space="0" w:color="003366"/>
            </w:tcBorders>
            <w:shd w:val="clear" w:color="auto" w:fill="EBF0F5"/>
            <w:tcMar>
              <w:top w:w="60" w:type="dxa"/>
              <w:left w:w="90" w:type="dxa"/>
              <w:bottom w:w="60" w:type="dxa"/>
              <w:right w:w="90" w:type="dxa"/>
            </w:tcMar>
          </w:tcPr>
          <w:p w14:paraId="21008F0E" w14:textId="77777777" w:rsidR="005F62ED" w:rsidRDefault="00000000">
            <w:r>
              <w:rPr>
                <w:b/>
                <w:color w:val="003366"/>
                <w:sz w:val="19"/>
              </w:rPr>
              <w:t>Deadline</w:t>
            </w:r>
          </w:p>
        </w:tc>
        <w:tc>
          <w:tcPr>
            <w:tcW w:w="3168" w:type="dxa"/>
            <w:tcBorders>
              <w:top w:val="single" w:sz="4" w:space="0" w:color="003366"/>
              <w:left w:val="single" w:sz="4" w:space="0" w:color="003366"/>
              <w:bottom w:val="single" w:sz="4" w:space="0" w:color="003366"/>
              <w:right w:val="single" w:sz="4" w:space="0" w:color="003366"/>
            </w:tcBorders>
            <w:shd w:val="clear" w:color="auto" w:fill="EBF0F5"/>
            <w:tcMar>
              <w:top w:w="60" w:type="dxa"/>
              <w:left w:w="90" w:type="dxa"/>
              <w:bottom w:w="60" w:type="dxa"/>
              <w:right w:w="90" w:type="dxa"/>
            </w:tcMar>
          </w:tcPr>
          <w:p w14:paraId="2D7CE1CE" w14:textId="77777777" w:rsidR="005F62ED" w:rsidRDefault="00000000">
            <w:r>
              <w:rPr>
                <w:b/>
                <w:color w:val="003366"/>
                <w:sz w:val="19"/>
              </w:rPr>
              <w:t>Reviewed</w:t>
            </w:r>
          </w:p>
        </w:tc>
      </w:tr>
      <w:tr w:rsidR="005F62ED" w14:paraId="03601AE5" w14:textId="77777777">
        <w:trPr>
          <w:jc w:val="center"/>
        </w:trPr>
        <w:tc>
          <w:tcPr>
            <w:tcW w:w="3168" w:type="dxa"/>
            <w:tcBorders>
              <w:top w:val="single" w:sz="4" w:space="0" w:color="D0D5DD"/>
              <w:left w:val="single" w:sz="4" w:space="0" w:color="D0D5DD"/>
              <w:bottom w:val="single" w:sz="4" w:space="0" w:color="D0D5DD"/>
              <w:right w:val="single" w:sz="4" w:space="0" w:color="D0D5DD"/>
            </w:tcBorders>
            <w:tcMar>
              <w:top w:w="50" w:type="dxa"/>
              <w:left w:w="90" w:type="dxa"/>
              <w:bottom w:w="50" w:type="dxa"/>
              <w:right w:w="90" w:type="dxa"/>
            </w:tcMar>
          </w:tcPr>
          <w:p w14:paraId="3E574CF8" w14:textId="77777777" w:rsidR="005F62ED" w:rsidRDefault="00000000">
            <w:r>
              <w:rPr>
                <w:sz w:val="19"/>
              </w:rPr>
              <w:t>August 10</w:t>
            </w:r>
          </w:p>
        </w:tc>
        <w:tc>
          <w:tcPr>
            <w:tcW w:w="3168" w:type="dxa"/>
            <w:tcBorders>
              <w:top w:val="single" w:sz="4" w:space="0" w:color="D0D5DD"/>
              <w:left w:val="single" w:sz="4" w:space="0" w:color="D0D5DD"/>
              <w:bottom w:val="single" w:sz="4" w:space="0" w:color="D0D5DD"/>
              <w:right w:val="single" w:sz="4" w:space="0" w:color="D0D5DD"/>
            </w:tcBorders>
            <w:tcMar>
              <w:top w:w="50" w:type="dxa"/>
              <w:left w:w="90" w:type="dxa"/>
              <w:bottom w:w="50" w:type="dxa"/>
              <w:right w:w="90" w:type="dxa"/>
            </w:tcMar>
          </w:tcPr>
          <w:p w14:paraId="3630A614" w14:textId="77777777" w:rsidR="005F62ED" w:rsidRDefault="00000000">
            <w:r>
              <w:rPr>
                <w:sz w:val="19"/>
              </w:rPr>
              <w:t>September</w:t>
            </w:r>
          </w:p>
        </w:tc>
      </w:tr>
      <w:tr w:rsidR="005F62ED" w14:paraId="6B450613" w14:textId="77777777">
        <w:trPr>
          <w:jc w:val="center"/>
        </w:trPr>
        <w:tc>
          <w:tcPr>
            <w:tcW w:w="3168" w:type="dxa"/>
            <w:tcBorders>
              <w:top w:val="single" w:sz="4" w:space="0" w:color="D0D5DD"/>
              <w:left w:val="single" w:sz="4" w:space="0" w:color="D0D5DD"/>
              <w:bottom w:val="single" w:sz="4" w:space="0" w:color="D0D5DD"/>
              <w:right w:val="single" w:sz="4" w:space="0" w:color="D0D5DD"/>
            </w:tcBorders>
            <w:tcMar>
              <w:top w:w="50" w:type="dxa"/>
              <w:left w:w="90" w:type="dxa"/>
              <w:bottom w:w="50" w:type="dxa"/>
              <w:right w:w="90" w:type="dxa"/>
            </w:tcMar>
          </w:tcPr>
          <w:p w14:paraId="18F47D90" w14:textId="77777777" w:rsidR="005F62ED" w:rsidRDefault="00000000">
            <w:r>
              <w:rPr>
                <w:sz w:val="19"/>
              </w:rPr>
              <w:t>November 10</w:t>
            </w:r>
          </w:p>
        </w:tc>
        <w:tc>
          <w:tcPr>
            <w:tcW w:w="3168" w:type="dxa"/>
            <w:tcBorders>
              <w:top w:val="single" w:sz="4" w:space="0" w:color="D0D5DD"/>
              <w:left w:val="single" w:sz="4" w:space="0" w:color="D0D5DD"/>
              <w:bottom w:val="single" w:sz="4" w:space="0" w:color="D0D5DD"/>
              <w:right w:val="single" w:sz="4" w:space="0" w:color="D0D5DD"/>
            </w:tcBorders>
            <w:tcMar>
              <w:top w:w="50" w:type="dxa"/>
              <w:left w:w="90" w:type="dxa"/>
              <w:bottom w:w="50" w:type="dxa"/>
              <w:right w:w="90" w:type="dxa"/>
            </w:tcMar>
          </w:tcPr>
          <w:p w14:paraId="7681C3E4" w14:textId="77777777" w:rsidR="005F62ED" w:rsidRDefault="00000000">
            <w:r>
              <w:rPr>
                <w:sz w:val="19"/>
              </w:rPr>
              <w:t>December</w:t>
            </w:r>
          </w:p>
        </w:tc>
      </w:tr>
      <w:tr w:rsidR="005F62ED" w14:paraId="0516BA79" w14:textId="77777777">
        <w:trPr>
          <w:jc w:val="center"/>
        </w:trPr>
        <w:tc>
          <w:tcPr>
            <w:tcW w:w="3168" w:type="dxa"/>
            <w:tcBorders>
              <w:top w:val="single" w:sz="4" w:space="0" w:color="D0D5DD"/>
              <w:left w:val="single" w:sz="4" w:space="0" w:color="D0D5DD"/>
              <w:bottom w:val="single" w:sz="4" w:space="0" w:color="D0D5DD"/>
              <w:right w:val="single" w:sz="4" w:space="0" w:color="D0D5DD"/>
            </w:tcBorders>
            <w:tcMar>
              <w:top w:w="50" w:type="dxa"/>
              <w:left w:w="90" w:type="dxa"/>
              <w:bottom w:w="50" w:type="dxa"/>
              <w:right w:w="90" w:type="dxa"/>
            </w:tcMar>
          </w:tcPr>
          <w:p w14:paraId="5206F7AB" w14:textId="77777777" w:rsidR="005F62ED" w:rsidRDefault="00000000">
            <w:r>
              <w:rPr>
                <w:sz w:val="19"/>
              </w:rPr>
              <w:t>February 10</w:t>
            </w:r>
          </w:p>
        </w:tc>
        <w:tc>
          <w:tcPr>
            <w:tcW w:w="3168" w:type="dxa"/>
            <w:tcBorders>
              <w:top w:val="single" w:sz="4" w:space="0" w:color="D0D5DD"/>
              <w:left w:val="single" w:sz="4" w:space="0" w:color="D0D5DD"/>
              <w:bottom w:val="single" w:sz="4" w:space="0" w:color="D0D5DD"/>
              <w:right w:val="single" w:sz="4" w:space="0" w:color="D0D5DD"/>
            </w:tcBorders>
            <w:tcMar>
              <w:top w:w="50" w:type="dxa"/>
              <w:left w:w="90" w:type="dxa"/>
              <w:bottom w:w="50" w:type="dxa"/>
              <w:right w:w="90" w:type="dxa"/>
            </w:tcMar>
          </w:tcPr>
          <w:p w14:paraId="70584332" w14:textId="77777777" w:rsidR="005F62ED" w:rsidRDefault="00000000">
            <w:r>
              <w:rPr>
                <w:sz w:val="19"/>
              </w:rPr>
              <w:t>March</w:t>
            </w:r>
          </w:p>
        </w:tc>
      </w:tr>
      <w:tr w:rsidR="005F62ED" w14:paraId="6AC65DA4" w14:textId="77777777">
        <w:trPr>
          <w:jc w:val="center"/>
        </w:trPr>
        <w:tc>
          <w:tcPr>
            <w:tcW w:w="3168" w:type="dxa"/>
            <w:tcBorders>
              <w:top w:val="single" w:sz="4" w:space="0" w:color="D0D5DD"/>
              <w:left w:val="single" w:sz="4" w:space="0" w:color="D0D5DD"/>
              <w:bottom w:val="single" w:sz="4" w:space="0" w:color="D0D5DD"/>
              <w:right w:val="single" w:sz="4" w:space="0" w:color="D0D5DD"/>
            </w:tcBorders>
            <w:tcMar>
              <w:top w:w="50" w:type="dxa"/>
              <w:left w:w="90" w:type="dxa"/>
              <w:bottom w:w="50" w:type="dxa"/>
              <w:right w:w="90" w:type="dxa"/>
            </w:tcMar>
          </w:tcPr>
          <w:p w14:paraId="53FC573F" w14:textId="77777777" w:rsidR="005F62ED" w:rsidRDefault="00000000">
            <w:r>
              <w:rPr>
                <w:sz w:val="19"/>
              </w:rPr>
              <w:t>May 10</w:t>
            </w:r>
          </w:p>
        </w:tc>
        <w:tc>
          <w:tcPr>
            <w:tcW w:w="3168" w:type="dxa"/>
            <w:tcBorders>
              <w:top w:val="single" w:sz="4" w:space="0" w:color="D0D5DD"/>
              <w:left w:val="single" w:sz="4" w:space="0" w:color="D0D5DD"/>
              <w:bottom w:val="single" w:sz="4" w:space="0" w:color="D0D5DD"/>
              <w:right w:val="single" w:sz="4" w:space="0" w:color="D0D5DD"/>
            </w:tcBorders>
            <w:tcMar>
              <w:top w:w="50" w:type="dxa"/>
              <w:left w:w="90" w:type="dxa"/>
              <w:bottom w:w="50" w:type="dxa"/>
              <w:right w:w="90" w:type="dxa"/>
            </w:tcMar>
          </w:tcPr>
          <w:p w14:paraId="12ABFAEF" w14:textId="77777777" w:rsidR="005F62ED" w:rsidRDefault="00000000">
            <w:r>
              <w:rPr>
                <w:sz w:val="19"/>
              </w:rPr>
              <w:t>June</w:t>
            </w:r>
          </w:p>
        </w:tc>
      </w:tr>
    </w:tbl>
    <w:p w14:paraId="57034CF8" w14:textId="77777777" w:rsidR="005F62ED" w:rsidRDefault="005F62ED">
      <w:pPr>
        <w:spacing w:before="60" w:after="40"/>
      </w:pPr>
    </w:p>
    <w:p w14:paraId="34ACB19E" w14:textId="77777777" w:rsidR="005F62ED" w:rsidRDefault="00000000">
      <w:pPr>
        <w:spacing w:after="60"/>
      </w:pPr>
      <w:r>
        <w:t>Please allow enough time for your application to be reviewed so that the community can be made aware of their support at the time of your event or program. Events that occur before a funding decision has been made will not be given the same priority.</w:t>
      </w:r>
    </w:p>
    <w:p w14:paraId="6026C6F9" w14:textId="77777777" w:rsidR="005F62ED" w:rsidRDefault="00000000">
      <w:pPr>
        <w:spacing w:after="60"/>
      </w:pPr>
      <w:r>
        <w:t>Repeat funding to the same organization in the same fiscal year will not be considered until the last quarterly review (June) of the fiscal year.</w:t>
      </w:r>
    </w:p>
    <w:p w14:paraId="4AAC30B9" w14:textId="77777777" w:rsidR="005F62ED" w:rsidRDefault="00000000">
      <w:pPr>
        <w:spacing w:before="160" w:after="60"/>
      </w:pPr>
      <w:r>
        <w:rPr>
          <w:b/>
          <w:color w:val="003366"/>
          <w:sz w:val="22"/>
        </w:rPr>
        <w:t>If Your Application Is Approved</w:t>
      </w:r>
    </w:p>
    <w:p w14:paraId="4AD6031F" w14:textId="77777777" w:rsidR="005F62ED" w:rsidRDefault="00000000">
      <w:pPr>
        <w:pStyle w:val="ListBullet"/>
        <w:spacing w:after="40"/>
      </w:pPr>
      <w:r>
        <w:t>You'll need to submit a short completion report within 3 months of finishing the project. No further funding will be considered until it's submitted.</w:t>
      </w:r>
    </w:p>
    <w:p w14:paraId="0F4294E8" w14:textId="77777777" w:rsidR="005F62ED" w:rsidRDefault="00000000">
      <w:pPr>
        <w:pStyle w:val="ListBullet"/>
        <w:spacing w:after="40"/>
      </w:pPr>
      <w:r>
        <w:t>Please keep records of how the funds were used and make them available to us in the completion report.</w:t>
      </w:r>
    </w:p>
    <w:p w14:paraId="08573731" w14:textId="77777777" w:rsidR="005F62ED" w:rsidRDefault="00000000">
      <w:pPr>
        <w:pStyle w:val="ListBullet"/>
        <w:spacing w:after="40"/>
      </w:pPr>
      <w:r>
        <w:t>Any funds not used for the stated purpose must be returned to us.</w:t>
      </w:r>
    </w:p>
    <w:p w14:paraId="14ECFB0A" w14:textId="77777777" w:rsidR="005F62ED" w:rsidRDefault="00000000">
      <w:pPr>
        <w:pStyle w:val="ListBullet"/>
        <w:spacing w:after="40"/>
      </w:pPr>
      <w:r>
        <w:lastRenderedPageBreak/>
        <w:t>If your project changes significantly after funding is awarded, let us know — the funds may need to be returned and a new application submitted.</w:t>
      </w:r>
    </w:p>
    <w:p w14:paraId="626776DD" w14:textId="77777777" w:rsidR="005F62ED" w:rsidRDefault="00000000">
      <w:pPr>
        <w:pStyle w:val="ListBullet"/>
        <w:spacing w:after="40"/>
      </w:pPr>
      <w:r>
        <w:t>We usually take a photo with members of the successful organization receiving the (novelty) cheque. This is shared on the Rotary Club Wolfville - Mud Creek’s Facebook page and other local publications.</w:t>
      </w:r>
    </w:p>
    <w:p w14:paraId="3647DA05" w14:textId="77777777" w:rsidR="005F62ED" w:rsidRDefault="00000000">
      <w:pPr>
        <w:pStyle w:val="ListBullet"/>
        <w:spacing w:after="40"/>
      </w:pPr>
      <w:r>
        <w:t>Submitting this application by email serves as your electronic signature, confirming the information is accurate and that you accept these terms.</w:t>
      </w:r>
    </w:p>
    <w:p w14:paraId="7D83D492" w14:textId="77777777" w:rsidR="005F62ED" w:rsidRDefault="00000000">
      <w:pPr>
        <w:spacing w:before="160" w:after="60"/>
      </w:pPr>
      <w:r>
        <w:rPr>
          <w:b/>
          <w:color w:val="003366"/>
          <w:sz w:val="22"/>
        </w:rPr>
        <w:t>How to Apply</w:t>
      </w:r>
    </w:p>
    <w:p w14:paraId="457ECE50" w14:textId="77777777" w:rsidR="005F62ED" w:rsidRDefault="00000000">
      <w:pPr>
        <w:spacing w:after="60"/>
      </w:pPr>
      <w:r>
        <w:t>Complete the form below and email it, along with any supporting documents (budget, etc.), to applications@mudcreekrotary.ca.</w:t>
      </w:r>
    </w:p>
    <w:p w14:paraId="2CBDB4D8" w14:textId="77777777" w:rsidR="005F62ED" w:rsidRDefault="00000000">
      <w:pPr>
        <w:pBdr>
          <w:top w:val="single" w:sz="12" w:space="3" w:color="003366"/>
          <w:bottom w:val="single" w:sz="12" w:space="3" w:color="003366"/>
        </w:pBdr>
        <w:spacing w:before="240" w:after="160"/>
        <w:jc w:val="center"/>
      </w:pPr>
      <w:r>
        <w:rPr>
          <w:b/>
          <w:color w:val="003366"/>
          <w:sz w:val="24"/>
        </w:rPr>
        <w:t>APPLICATION</w:t>
      </w:r>
    </w:p>
    <w:tbl>
      <w:tblPr>
        <w:tblW w:w="0" w:type="auto"/>
        <w:jc w:val="center"/>
        <w:tblLayout w:type="fixed"/>
        <w:tblLook w:val="04A0" w:firstRow="1" w:lastRow="0" w:firstColumn="1" w:lastColumn="0" w:noHBand="0" w:noVBand="1"/>
      </w:tblPr>
      <w:tblGrid>
        <w:gridCol w:w="4968"/>
        <w:gridCol w:w="4968"/>
      </w:tblGrid>
      <w:tr w:rsidR="005F62ED" w14:paraId="2BE8B1A8" w14:textId="77777777">
        <w:trPr>
          <w:jc w:val="center"/>
        </w:trPr>
        <w:tc>
          <w:tcPr>
            <w:tcW w:w="9936" w:type="dxa"/>
            <w:gridSpan w:val="2"/>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04CF9DE3" w14:textId="77777777" w:rsidR="005F62ED" w:rsidRDefault="00000000">
            <w:pPr>
              <w:spacing w:after="40"/>
            </w:pPr>
            <w:r>
              <w:rPr>
                <w:b/>
                <w:color w:val="333333"/>
                <w:sz w:val="19"/>
              </w:rPr>
              <w:t>Organization name:</w:t>
            </w:r>
            <w:r>
              <w:rPr>
                <w:b/>
                <w:color w:val="333333"/>
                <w:sz w:val="19"/>
              </w:rPr>
              <w:br/>
            </w:r>
            <w:r>
              <w:rPr>
                <w:i/>
                <w:color w:val="889098"/>
                <w:sz w:val="18"/>
              </w:rPr>
              <w:t>[ Click to type here — box expands ]</w:t>
            </w:r>
          </w:p>
        </w:tc>
      </w:tr>
      <w:tr w:rsidR="005F62ED" w14:paraId="6EB89566" w14:textId="77777777">
        <w:trPr>
          <w:jc w:val="center"/>
        </w:trPr>
        <w:tc>
          <w:tcPr>
            <w:tcW w:w="9936" w:type="dxa"/>
            <w:gridSpan w:val="2"/>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18F4499C" w14:textId="77777777" w:rsidR="005F62ED" w:rsidRDefault="00000000">
            <w:pPr>
              <w:spacing w:after="40"/>
            </w:pPr>
            <w:r>
              <w:rPr>
                <w:b/>
                <w:color w:val="333333"/>
                <w:sz w:val="19"/>
              </w:rPr>
              <w:t>Address:</w:t>
            </w:r>
            <w:r>
              <w:rPr>
                <w:b/>
                <w:color w:val="333333"/>
                <w:sz w:val="19"/>
              </w:rPr>
              <w:br/>
            </w:r>
            <w:r>
              <w:rPr>
                <w:i/>
                <w:color w:val="889098"/>
                <w:sz w:val="18"/>
              </w:rPr>
              <w:t>[ Click to type here — box expands ]</w:t>
            </w:r>
          </w:p>
        </w:tc>
      </w:tr>
      <w:tr w:rsidR="005F62ED" w14:paraId="056F2B2E" w14:textId="77777777">
        <w:trPr>
          <w:jc w:val="center"/>
        </w:trPr>
        <w:tc>
          <w:tcPr>
            <w:tcW w:w="9936" w:type="dxa"/>
            <w:gridSpan w:val="2"/>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3A485EF2" w14:textId="77777777" w:rsidR="005F62ED" w:rsidRDefault="00000000">
            <w:pPr>
              <w:spacing w:after="40"/>
            </w:pPr>
            <w:r>
              <w:rPr>
                <w:b/>
                <w:color w:val="333333"/>
                <w:sz w:val="19"/>
              </w:rPr>
              <w:t>Contact person &amp; position:</w:t>
            </w:r>
            <w:r>
              <w:rPr>
                <w:b/>
                <w:color w:val="333333"/>
                <w:sz w:val="19"/>
              </w:rPr>
              <w:br/>
            </w:r>
            <w:r>
              <w:rPr>
                <w:i/>
                <w:color w:val="889098"/>
                <w:sz w:val="18"/>
              </w:rPr>
              <w:t>[ Click to type here — box expands ]</w:t>
            </w:r>
          </w:p>
        </w:tc>
      </w:tr>
      <w:tr w:rsidR="005F62ED" w14:paraId="089493DE" w14:textId="77777777">
        <w:trPr>
          <w:jc w:val="center"/>
        </w:trPr>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14D83F35" w14:textId="77777777" w:rsidR="005F62ED" w:rsidRDefault="00000000">
            <w:pPr>
              <w:spacing w:after="40"/>
            </w:pPr>
            <w:r>
              <w:rPr>
                <w:b/>
                <w:color w:val="333333"/>
                <w:sz w:val="19"/>
              </w:rPr>
              <w:t>Phone:</w:t>
            </w:r>
            <w:r>
              <w:rPr>
                <w:b/>
                <w:color w:val="333333"/>
                <w:sz w:val="19"/>
              </w:rPr>
              <w:br/>
            </w:r>
            <w:r>
              <w:rPr>
                <w:i/>
                <w:color w:val="889098"/>
                <w:sz w:val="18"/>
              </w:rPr>
              <w:t>[ Click to type here — box expands ]</w:t>
            </w:r>
          </w:p>
        </w:tc>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46FD9045" w14:textId="77777777" w:rsidR="005F62ED" w:rsidRDefault="00000000">
            <w:pPr>
              <w:spacing w:after="40"/>
            </w:pPr>
            <w:r>
              <w:rPr>
                <w:b/>
                <w:color w:val="333333"/>
                <w:sz w:val="19"/>
              </w:rPr>
              <w:t>Email:</w:t>
            </w:r>
            <w:r>
              <w:rPr>
                <w:b/>
                <w:color w:val="333333"/>
                <w:sz w:val="19"/>
              </w:rPr>
              <w:br/>
            </w:r>
            <w:r>
              <w:rPr>
                <w:i/>
                <w:color w:val="889098"/>
                <w:sz w:val="18"/>
              </w:rPr>
              <w:t>[ Click to type here — box expands ]</w:t>
            </w:r>
          </w:p>
        </w:tc>
      </w:tr>
      <w:tr w:rsidR="005F62ED" w14:paraId="6647B15E" w14:textId="77777777">
        <w:trPr>
          <w:jc w:val="center"/>
        </w:trPr>
        <w:tc>
          <w:tcPr>
            <w:tcW w:w="9936" w:type="dxa"/>
            <w:gridSpan w:val="2"/>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46F9553C" w14:textId="77777777" w:rsidR="005F62ED" w:rsidRDefault="00000000">
            <w:pPr>
              <w:spacing w:after="40"/>
            </w:pPr>
            <w:r>
              <w:rPr>
                <w:b/>
                <w:color w:val="333333"/>
                <w:sz w:val="19"/>
              </w:rPr>
              <w:t>Registry of Joint Stocks / Charity number (if applicable):</w:t>
            </w:r>
            <w:r>
              <w:rPr>
                <w:b/>
                <w:color w:val="333333"/>
                <w:sz w:val="19"/>
              </w:rPr>
              <w:br/>
            </w:r>
            <w:r>
              <w:rPr>
                <w:i/>
                <w:color w:val="889098"/>
                <w:sz w:val="18"/>
              </w:rPr>
              <w:t>[ Click to type here — box expands ]</w:t>
            </w:r>
          </w:p>
        </w:tc>
      </w:tr>
    </w:tbl>
    <w:p w14:paraId="676C436E" w14:textId="77777777" w:rsidR="005F62ED" w:rsidRDefault="005F62ED">
      <w:pPr>
        <w:spacing w:after="60"/>
      </w:pPr>
    </w:p>
    <w:p w14:paraId="3F63BC76" w14:textId="77777777" w:rsidR="005F62ED" w:rsidRDefault="00000000">
      <w:pPr>
        <w:spacing w:before="140" w:after="40"/>
      </w:pPr>
      <w:r>
        <w:rPr>
          <w:b/>
          <w:color w:val="111111"/>
        </w:rPr>
        <w:t>1. Has your organization received funding from Wolfville - Mud Creek Rotary before?</w:t>
      </w:r>
    </w:p>
    <w:p w14:paraId="7041CB1D" w14:textId="77777777" w:rsidR="005F62ED" w:rsidRDefault="00000000">
      <w:pPr>
        <w:spacing w:after="60"/>
      </w:pPr>
      <w:r>
        <w:t>☐ Yes    ☐ No    If yes, when, how much and for what purpose?</w:t>
      </w:r>
    </w:p>
    <w:tbl>
      <w:tblPr>
        <w:tblW w:w="0" w:type="auto"/>
        <w:jc w:val="center"/>
        <w:tblLayout w:type="fixed"/>
        <w:tblLook w:val="04A0" w:firstRow="1" w:lastRow="0" w:firstColumn="1" w:lastColumn="0" w:noHBand="0" w:noVBand="1"/>
      </w:tblPr>
      <w:tblGrid>
        <w:gridCol w:w="9936"/>
      </w:tblGrid>
      <w:tr w:rsidR="005F62ED" w14:paraId="2C643DFC"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271A05FB" w14:textId="77777777" w:rsidR="005F62ED" w:rsidRDefault="00000000">
            <w:pPr>
              <w:spacing w:before="60" w:after="60"/>
            </w:pPr>
            <w:r>
              <w:rPr>
                <w:i/>
                <w:color w:val="889098"/>
                <w:sz w:val="19"/>
              </w:rPr>
              <w:t>If yes, please enter when, how much, and for what purpose... (this box expands automatically as you type)</w:t>
            </w:r>
          </w:p>
        </w:tc>
      </w:tr>
    </w:tbl>
    <w:p w14:paraId="1CAAB12F" w14:textId="77777777" w:rsidR="005F62ED" w:rsidRDefault="005F62ED">
      <w:pPr>
        <w:spacing w:after="80"/>
      </w:pPr>
    </w:p>
    <w:p w14:paraId="5B5C1A3C" w14:textId="77777777" w:rsidR="005F62ED" w:rsidRDefault="00000000">
      <w:pPr>
        <w:spacing w:before="140" w:after="40"/>
      </w:pPr>
      <w:r>
        <w:rPr>
          <w:b/>
          <w:color w:val="111111"/>
        </w:rPr>
        <w:t>2. Briefly describe your organization's structure, core funding, and main activities:</w:t>
      </w:r>
    </w:p>
    <w:tbl>
      <w:tblPr>
        <w:tblW w:w="0" w:type="auto"/>
        <w:jc w:val="center"/>
        <w:tblLayout w:type="fixed"/>
        <w:tblLook w:val="04A0" w:firstRow="1" w:lastRow="0" w:firstColumn="1" w:lastColumn="0" w:noHBand="0" w:noVBand="1"/>
      </w:tblPr>
      <w:tblGrid>
        <w:gridCol w:w="9936"/>
      </w:tblGrid>
      <w:tr w:rsidR="005F62ED" w14:paraId="52BCCA26"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7767588B" w14:textId="77777777" w:rsidR="005F62ED" w:rsidRDefault="00000000">
            <w:pPr>
              <w:spacing w:before="60" w:after="60"/>
            </w:pPr>
            <w:r>
              <w:rPr>
                <w:i/>
                <w:color w:val="889098"/>
                <w:sz w:val="19"/>
              </w:rPr>
              <w:t>Describe your organization's structure, core funding, and main activities... (this box expands automatically as you type)</w:t>
            </w:r>
          </w:p>
        </w:tc>
      </w:tr>
    </w:tbl>
    <w:p w14:paraId="2FA4052C" w14:textId="77777777" w:rsidR="005F62ED" w:rsidRDefault="005F62ED">
      <w:pPr>
        <w:spacing w:after="80"/>
      </w:pPr>
    </w:p>
    <w:p w14:paraId="42673C01" w14:textId="77777777" w:rsidR="005F62ED" w:rsidRDefault="00000000">
      <w:pPr>
        <w:spacing w:before="140" w:after="40"/>
      </w:pPr>
      <w:r>
        <w:rPr>
          <w:b/>
          <w:color w:val="111111"/>
        </w:rPr>
        <w:t>3. Project name:</w:t>
      </w:r>
    </w:p>
    <w:tbl>
      <w:tblPr>
        <w:tblW w:w="0" w:type="auto"/>
        <w:jc w:val="center"/>
        <w:tblLayout w:type="fixed"/>
        <w:tblLook w:val="04A0" w:firstRow="1" w:lastRow="0" w:firstColumn="1" w:lastColumn="0" w:noHBand="0" w:noVBand="1"/>
      </w:tblPr>
      <w:tblGrid>
        <w:gridCol w:w="9936"/>
      </w:tblGrid>
      <w:tr w:rsidR="005F62ED" w14:paraId="7CA3277D"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0D75D619" w14:textId="77777777" w:rsidR="005F62ED" w:rsidRDefault="00000000">
            <w:pPr>
              <w:spacing w:before="60" w:after="60"/>
            </w:pPr>
            <w:r>
              <w:rPr>
                <w:i/>
                <w:color w:val="889098"/>
                <w:sz w:val="19"/>
              </w:rPr>
              <w:t>Enter project name... (this box expands automatically as you type)</w:t>
            </w:r>
          </w:p>
        </w:tc>
      </w:tr>
    </w:tbl>
    <w:p w14:paraId="1A2EDF46" w14:textId="77777777" w:rsidR="005F62ED" w:rsidRDefault="005F62ED">
      <w:pPr>
        <w:spacing w:after="80"/>
      </w:pPr>
    </w:p>
    <w:p w14:paraId="13383375" w14:textId="77777777" w:rsidR="005F62ED" w:rsidRDefault="00000000">
      <w:pPr>
        <w:spacing w:before="140" w:after="40"/>
      </w:pPr>
      <w:r>
        <w:rPr>
          <w:b/>
          <w:color w:val="111111"/>
        </w:rPr>
        <w:t>4. What is the objective of this project?</w:t>
      </w:r>
    </w:p>
    <w:tbl>
      <w:tblPr>
        <w:tblW w:w="0" w:type="auto"/>
        <w:jc w:val="center"/>
        <w:tblLayout w:type="fixed"/>
        <w:tblLook w:val="04A0" w:firstRow="1" w:lastRow="0" w:firstColumn="1" w:lastColumn="0" w:noHBand="0" w:noVBand="1"/>
      </w:tblPr>
      <w:tblGrid>
        <w:gridCol w:w="9936"/>
      </w:tblGrid>
      <w:tr w:rsidR="005F62ED" w14:paraId="17B91AB0"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6E1ADDBA" w14:textId="77777777" w:rsidR="005F62ED" w:rsidRDefault="00000000">
            <w:pPr>
              <w:spacing w:before="60" w:after="60"/>
            </w:pPr>
            <w:r>
              <w:rPr>
                <w:i/>
                <w:color w:val="889098"/>
                <w:sz w:val="19"/>
              </w:rPr>
              <w:t>Describe the objectives of this project... (this box expands automatically as you type)</w:t>
            </w:r>
          </w:p>
        </w:tc>
      </w:tr>
    </w:tbl>
    <w:p w14:paraId="33419DFE" w14:textId="77777777" w:rsidR="005F62ED" w:rsidRDefault="005F62ED">
      <w:pPr>
        <w:spacing w:after="80"/>
      </w:pPr>
    </w:p>
    <w:p w14:paraId="7756DAC2" w14:textId="77777777" w:rsidR="005F62ED" w:rsidRDefault="00000000">
      <w:pPr>
        <w:spacing w:before="140" w:after="40"/>
      </w:pPr>
      <w:r>
        <w:rPr>
          <w:b/>
          <w:color w:val="111111"/>
        </w:rPr>
        <w:lastRenderedPageBreak/>
        <w:t>5. Briefly describe how the project will be carried out — key activities and location:</w:t>
      </w:r>
    </w:p>
    <w:tbl>
      <w:tblPr>
        <w:tblW w:w="0" w:type="auto"/>
        <w:jc w:val="center"/>
        <w:tblLayout w:type="fixed"/>
        <w:tblLook w:val="04A0" w:firstRow="1" w:lastRow="0" w:firstColumn="1" w:lastColumn="0" w:noHBand="0" w:noVBand="1"/>
      </w:tblPr>
      <w:tblGrid>
        <w:gridCol w:w="9936"/>
      </w:tblGrid>
      <w:tr w:rsidR="005F62ED" w14:paraId="2ED46941"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5A133B3D" w14:textId="77777777" w:rsidR="005F62ED" w:rsidRDefault="00000000">
            <w:pPr>
              <w:spacing w:before="60" w:after="60"/>
            </w:pPr>
            <w:r>
              <w:rPr>
                <w:i/>
                <w:color w:val="889098"/>
                <w:sz w:val="19"/>
              </w:rPr>
              <w:t>Describe key activities, timeline, and location... (this box expands automatically as you type)</w:t>
            </w:r>
          </w:p>
        </w:tc>
      </w:tr>
    </w:tbl>
    <w:p w14:paraId="25D6B124" w14:textId="77777777" w:rsidR="005F62ED" w:rsidRDefault="005F62ED">
      <w:pPr>
        <w:spacing w:after="80"/>
      </w:pPr>
    </w:p>
    <w:p w14:paraId="38567357" w14:textId="77777777" w:rsidR="005F62ED" w:rsidRDefault="00000000">
      <w:pPr>
        <w:spacing w:before="140" w:after="40"/>
      </w:pPr>
      <w:r>
        <w:rPr>
          <w:b/>
          <w:color w:val="111111"/>
        </w:rPr>
        <w:t>6. Who is carrying out the project — volunteers, paid staff, or both?</w:t>
      </w:r>
    </w:p>
    <w:tbl>
      <w:tblPr>
        <w:tblW w:w="0" w:type="auto"/>
        <w:jc w:val="center"/>
        <w:tblLayout w:type="fixed"/>
        <w:tblLook w:val="04A0" w:firstRow="1" w:lastRow="0" w:firstColumn="1" w:lastColumn="0" w:noHBand="0" w:noVBand="1"/>
      </w:tblPr>
      <w:tblGrid>
        <w:gridCol w:w="9936"/>
      </w:tblGrid>
      <w:tr w:rsidR="005F62ED" w14:paraId="28323B40"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6793B276" w14:textId="77777777" w:rsidR="005F62ED" w:rsidRDefault="00000000">
            <w:pPr>
              <w:spacing w:before="60" w:after="60"/>
            </w:pPr>
            <w:r>
              <w:rPr>
                <w:i/>
                <w:color w:val="889098"/>
                <w:sz w:val="19"/>
              </w:rPr>
              <w:t>Specify volunteers, paid staff, or both... (this box expands automatically as you type)</w:t>
            </w:r>
          </w:p>
        </w:tc>
      </w:tr>
    </w:tbl>
    <w:p w14:paraId="2A17CCAF" w14:textId="77777777" w:rsidR="005F62ED" w:rsidRDefault="005F62ED">
      <w:pPr>
        <w:spacing w:after="80"/>
      </w:pPr>
    </w:p>
    <w:p w14:paraId="6E142585" w14:textId="77777777" w:rsidR="005F62ED" w:rsidRDefault="00000000">
      <w:pPr>
        <w:spacing w:before="140" w:after="40"/>
      </w:pPr>
      <w:r>
        <w:rPr>
          <w:b/>
          <w:color w:val="111111"/>
        </w:rPr>
        <w:t>7. Project Dates:</w:t>
      </w:r>
    </w:p>
    <w:tbl>
      <w:tblPr>
        <w:tblW w:w="0" w:type="auto"/>
        <w:jc w:val="center"/>
        <w:tblLayout w:type="fixed"/>
        <w:tblLook w:val="04A0" w:firstRow="1" w:lastRow="0" w:firstColumn="1" w:lastColumn="0" w:noHBand="0" w:noVBand="1"/>
      </w:tblPr>
      <w:tblGrid>
        <w:gridCol w:w="4968"/>
        <w:gridCol w:w="4968"/>
      </w:tblGrid>
      <w:tr w:rsidR="005F62ED" w14:paraId="1AA19DE8" w14:textId="77777777">
        <w:trPr>
          <w:jc w:val="center"/>
        </w:trPr>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15F05841" w14:textId="77777777" w:rsidR="005F62ED" w:rsidRDefault="00000000">
            <w:pPr>
              <w:spacing w:after="40"/>
            </w:pPr>
            <w:r>
              <w:rPr>
                <w:b/>
                <w:color w:val="333333"/>
                <w:sz w:val="19"/>
              </w:rPr>
              <w:t>Projected start date:</w:t>
            </w:r>
            <w:r>
              <w:rPr>
                <w:b/>
                <w:color w:val="333333"/>
                <w:sz w:val="19"/>
              </w:rPr>
              <w:br/>
            </w:r>
            <w:r>
              <w:rPr>
                <w:i/>
                <w:color w:val="889098"/>
                <w:sz w:val="18"/>
              </w:rPr>
              <w:t>YYYY-MM-DD</w:t>
            </w:r>
          </w:p>
        </w:tc>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40766F88" w14:textId="77777777" w:rsidR="005F62ED" w:rsidRDefault="00000000">
            <w:pPr>
              <w:spacing w:after="40"/>
            </w:pPr>
            <w:r>
              <w:rPr>
                <w:b/>
                <w:color w:val="333333"/>
                <w:sz w:val="19"/>
              </w:rPr>
              <w:t>Projected completion date:</w:t>
            </w:r>
            <w:r>
              <w:rPr>
                <w:b/>
                <w:color w:val="333333"/>
                <w:sz w:val="19"/>
              </w:rPr>
              <w:br/>
            </w:r>
            <w:r>
              <w:rPr>
                <w:i/>
                <w:color w:val="889098"/>
                <w:sz w:val="18"/>
              </w:rPr>
              <w:t>YYYY-MM-DD</w:t>
            </w:r>
          </w:p>
        </w:tc>
      </w:tr>
    </w:tbl>
    <w:p w14:paraId="45339D88" w14:textId="77777777" w:rsidR="005F62ED" w:rsidRDefault="005F62ED">
      <w:pPr>
        <w:spacing w:after="60"/>
      </w:pPr>
    </w:p>
    <w:p w14:paraId="682F327C" w14:textId="77777777" w:rsidR="005F62ED" w:rsidRDefault="00000000">
      <w:pPr>
        <w:spacing w:before="140" w:after="40"/>
      </w:pPr>
      <w:r>
        <w:rPr>
          <w:b/>
          <w:color w:val="111111"/>
        </w:rPr>
        <w:t>8. Geographic area covered:</w:t>
      </w:r>
    </w:p>
    <w:p w14:paraId="75B0B535" w14:textId="77777777" w:rsidR="005F62ED" w:rsidRDefault="00000000">
      <w:pPr>
        <w:spacing w:after="100"/>
      </w:pPr>
      <w:r>
        <w:t>☐ Regional    ☐ Windsor    ☐ Hantsport    ☐ Wolfville    ☐ New Minas    ☐ Kentville    ☐ Berwick</w:t>
      </w:r>
    </w:p>
    <w:p w14:paraId="17249D41" w14:textId="77777777" w:rsidR="005F62ED" w:rsidRDefault="00000000">
      <w:pPr>
        <w:spacing w:before="140" w:after="40"/>
      </w:pPr>
      <w:r>
        <w:rPr>
          <w:b/>
          <w:color w:val="111111"/>
        </w:rPr>
        <w:t>9. How will the community benefit from this project?</w:t>
      </w:r>
    </w:p>
    <w:tbl>
      <w:tblPr>
        <w:tblW w:w="0" w:type="auto"/>
        <w:jc w:val="center"/>
        <w:tblLayout w:type="fixed"/>
        <w:tblLook w:val="04A0" w:firstRow="1" w:lastRow="0" w:firstColumn="1" w:lastColumn="0" w:noHBand="0" w:noVBand="1"/>
      </w:tblPr>
      <w:tblGrid>
        <w:gridCol w:w="9936"/>
      </w:tblGrid>
      <w:tr w:rsidR="005F62ED" w14:paraId="1FD8FCAF"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72B188C6" w14:textId="77777777" w:rsidR="005F62ED" w:rsidRDefault="00000000">
            <w:pPr>
              <w:spacing w:before="60" w:after="60"/>
            </w:pPr>
            <w:r>
              <w:rPr>
                <w:i/>
                <w:color w:val="889098"/>
                <w:sz w:val="19"/>
              </w:rPr>
              <w:t>Describe how the community will benefit from this project... (this box expands automatically as you type)</w:t>
            </w:r>
          </w:p>
        </w:tc>
      </w:tr>
    </w:tbl>
    <w:p w14:paraId="62627680" w14:textId="77777777" w:rsidR="005F62ED" w:rsidRDefault="005F62ED">
      <w:pPr>
        <w:spacing w:after="80"/>
      </w:pPr>
    </w:p>
    <w:p w14:paraId="7668FDCA" w14:textId="77777777" w:rsidR="005F62ED" w:rsidRDefault="00000000">
      <w:pPr>
        <w:spacing w:before="140" w:after="40"/>
      </w:pPr>
      <w:r>
        <w:rPr>
          <w:b/>
          <w:color w:val="111111"/>
        </w:rPr>
        <w:t>9. Who will directly benefit, and roughly how many people?</w:t>
      </w:r>
    </w:p>
    <w:tbl>
      <w:tblPr>
        <w:tblW w:w="0" w:type="auto"/>
        <w:jc w:val="center"/>
        <w:tblLayout w:type="fixed"/>
        <w:tblLook w:val="04A0" w:firstRow="1" w:lastRow="0" w:firstColumn="1" w:lastColumn="0" w:noHBand="0" w:noVBand="1"/>
      </w:tblPr>
      <w:tblGrid>
        <w:gridCol w:w="9936"/>
      </w:tblGrid>
      <w:tr w:rsidR="005F62ED" w14:paraId="22401A09"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34DD20CD" w14:textId="77777777" w:rsidR="005F62ED" w:rsidRDefault="00000000">
            <w:pPr>
              <w:spacing w:before="60" w:after="60"/>
            </w:pPr>
            <w:r>
              <w:rPr>
                <w:i/>
                <w:color w:val="889098"/>
                <w:sz w:val="19"/>
              </w:rPr>
              <w:t>Describe who will directly benefit and estimated numbers... (this box expands automatically as you type)</w:t>
            </w:r>
          </w:p>
        </w:tc>
      </w:tr>
    </w:tbl>
    <w:p w14:paraId="1033A2A4" w14:textId="77777777" w:rsidR="005F62ED" w:rsidRDefault="005F62ED">
      <w:pPr>
        <w:spacing w:after="80"/>
      </w:pPr>
    </w:p>
    <w:p w14:paraId="27F3191D" w14:textId="77777777" w:rsidR="005F62ED" w:rsidRDefault="00000000">
      <w:pPr>
        <w:spacing w:before="140" w:after="40"/>
      </w:pPr>
      <w:r>
        <w:rPr>
          <w:b/>
          <w:color w:val="111111"/>
        </w:rPr>
        <w:t>10. Amount requested:</w:t>
      </w:r>
    </w:p>
    <w:tbl>
      <w:tblPr>
        <w:tblW w:w="0" w:type="auto"/>
        <w:jc w:val="center"/>
        <w:tblLayout w:type="fixed"/>
        <w:tblLook w:val="04A0" w:firstRow="1" w:lastRow="0" w:firstColumn="1" w:lastColumn="0" w:noHBand="0" w:noVBand="1"/>
      </w:tblPr>
      <w:tblGrid>
        <w:gridCol w:w="9936"/>
      </w:tblGrid>
      <w:tr w:rsidR="005F62ED" w14:paraId="796AFE74" w14:textId="77777777">
        <w:trPr>
          <w:jc w:val="center"/>
        </w:trPr>
        <w:tc>
          <w:tcPr>
            <w:tcW w:w="9936"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34173578" w14:textId="77777777" w:rsidR="005F62ED" w:rsidRDefault="00000000">
            <w:pPr>
              <w:spacing w:after="40"/>
            </w:pPr>
            <w:r>
              <w:rPr>
                <w:b/>
                <w:color w:val="333333"/>
                <w:sz w:val="19"/>
              </w:rPr>
              <w:t>Amount requested ($):</w:t>
            </w:r>
            <w:r>
              <w:rPr>
                <w:b/>
                <w:color w:val="333333"/>
                <w:sz w:val="19"/>
              </w:rPr>
              <w:br/>
            </w:r>
            <w:r>
              <w:rPr>
                <w:i/>
                <w:color w:val="889098"/>
                <w:sz w:val="18"/>
              </w:rPr>
              <w:t xml:space="preserve">$ </w:t>
            </w:r>
          </w:p>
        </w:tc>
      </w:tr>
    </w:tbl>
    <w:p w14:paraId="18B09B62" w14:textId="77777777" w:rsidR="005F62ED" w:rsidRDefault="005F62ED">
      <w:pPr>
        <w:spacing w:after="60"/>
      </w:pPr>
    </w:p>
    <w:p w14:paraId="4A45C003" w14:textId="77777777" w:rsidR="005F62ED" w:rsidRDefault="00000000">
      <w:pPr>
        <w:spacing w:before="140" w:after="40"/>
      </w:pPr>
      <w:r>
        <w:rPr>
          <w:b/>
          <w:color w:val="111111"/>
        </w:rPr>
        <w:t>11. What other funding sources have you applied to for this project?</w:t>
      </w:r>
    </w:p>
    <w:tbl>
      <w:tblPr>
        <w:tblW w:w="0" w:type="auto"/>
        <w:jc w:val="center"/>
        <w:tblLayout w:type="fixed"/>
        <w:tblLook w:val="04A0" w:firstRow="1" w:lastRow="0" w:firstColumn="1" w:lastColumn="0" w:noHBand="0" w:noVBand="1"/>
      </w:tblPr>
      <w:tblGrid>
        <w:gridCol w:w="9936"/>
      </w:tblGrid>
      <w:tr w:rsidR="005F62ED" w14:paraId="7B1B123D"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70E422E1" w14:textId="77777777" w:rsidR="005F62ED" w:rsidRDefault="00000000">
            <w:pPr>
              <w:spacing w:before="60" w:after="60"/>
            </w:pPr>
            <w:r>
              <w:rPr>
                <w:i/>
                <w:color w:val="889098"/>
                <w:sz w:val="19"/>
              </w:rPr>
              <w:t>List other funding sources applied to... (this box expands automatically as you type)</w:t>
            </w:r>
          </w:p>
        </w:tc>
      </w:tr>
    </w:tbl>
    <w:p w14:paraId="58979BC7" w14:textId="77777777" w:rsidR="005F62ED" w:rsidRDefault="005F62ED">
      <w:pPr>
        <w:spacing w:after="80"/>
      </w:pPr>
    </w:p>
    <w:p w14:paraId="4B40179B" w14:textId="77777777" w:rsidR="005F62ED" w:rsidRDefault="00000000">
      <w:pPr>
        <w:spacing w:before="140" w:after="40"/>
      </w:pPr>
      <w:r>
        <w:rPr>
          <w:b/>
          <w:color w:val="111111"/>
        </w:rPr>
        <w:t>12.  If the project costs more than the amount requested, what will our funds specifically be used for?</w:t>
      </w:r>
    </w:p>
    <w:tbl>
      <w:tblPr>
        <w:tblW w:w="0" w:type="auto"/>
        <w:jc w:val="center"/>
        <w:tblLayout w:type="fixed"/>
        <w:tblLook w:val="04A0" w:firstRow="1" w:lastRow="0" w:firstColumn="1" w:lastColumn="0" w:noHBand="0" w:noVBand="1"/>
      </w:tblPr>
      <w:tblGrid>
        <w:gridCol w:w="9936"/>
      </w:tblGrid>
      <w:tr w:rsidR="005F62ED" w14:paraId="605C0305"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74D667E0" w14:textId="77777777" w:rsidR="005F62ED" w:rsidRDefault="00000000">
            <w:pPr>
              <w:spacing w:before="60" w:after="60"/>
            </w:pPr>
            <w:r>
              <w:rPr>
                <w:i/>
                <w:color w:val="889098"/>
                <w:sz w:val="19"/>
              </w:rPr>
              <w:t>Explain specific use of Rotary funds... (this box expands automatically as you type)</w:t>
            </w:r>
          </w:p>
        </w:tc>
      </w:tr>
    </w:tbl>
    <w:p w14:paraId="44ECC064" w14:textId="77777777" w:rsidR="005F62ED" w:rsidRDefault="005F62ED">
      <w:pPr>
        <w:spacing w:after="80"/>
      </w:pPr>
    </w:p>
    <w:p w14:paraId="499D938B" w14:textId="77777777" w:rsidR="005F62ED" w:rsidRDefault="00000000">
      <w:pPr>
        <w:spacing w:before="140" w:after="40"/>
      </w:pPr>
      <w:r>
        <w:rPr>
          <w:b/>
          <w:color w:val="111111"/>
        </w:rPr>
        <w:t>13. If we're unable to fund this, will the project still go ahead? How?</w:t>
      </w:r>
    </w:p>
    <w:tbl>
      <w:tblPr>
        <w:tblW w:w="0" w:type="auto"/>
        <w:jc w:val="center"/>
        <w:tblLayout w:type="fixed"/>
        <w:tblLook w:val="04A0" w:firstRow="1" w:lastRow="0" w:firstColumn="1" w:lastColumn="0" w:noHBand="0" w:noVBand="1"/>
      </w:tblPr>
      <w:tblGrid>
        <w:gridCol w:w="9936"/>
      </w:tblGrid>
      <w:tr w:rsidR="005F62ED" w14:paraId="47E1B976"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3D3225D2" w14:textId="77777777" w:rsidR="005F62ED" w:rsidRDefault="00000000">
            <w:pPr>
              <w:spacing w:before="60" w:after="60"/>
            </w:pPr>
            <w:r>
              <w:rPr>
                <w:i/>
                <w:color w:val="889098"/>
                <w:sz w:val="19"/>
              </w:rPr>
              <w:t>Explain if/how project will proceed... (this box expands automatically as you type)</w:t>
            </w:r>
          </w:p>
        </w:tc>
      </w:tr>
    </w:tbl>
    <w:p w14:paraId="3994CB58" w14:textId="77777777" w:rsidR="005F62ED" w:rsidRDefault="005F62ED">
      <w:pPr>
        <w:spacing w:after="80"/>
      </w:pPr>
    </w:p>
    <w:p w14:paraId="1C49C2E4" w14:textId="77777777" w:rsidR="005F62ED" w:rsidRDefault="00000000">
      <w:pPr>
        <w:spacing w:before="140" w:after="40"/>
      </w:pPr>
      <w:r>
        <w:rPr>
          <w:b/>
          <w:color w:val="111111"/>
        </w:rPr>
        <w:t>14. If this project is long term what is the plan for financial sustainability?</w:t>
      </w:r>
    </w:p>
    <w:tbl>
      <w:tblPr>
        <w:tblW w:w="0" w:type="auto"/>
        <w:jc w:val="center"/>
        <w:tblLayout w:type="fixed"/>
        <w:tblLook w:val="04A0" w:firstRow="1" w:lastRow="0" w:firstColumn="1" w:lastColumn="0" w:noHBand="0" w:noVBand="1"/>
      </w:tblPr>
      <w:tblGrid>
        <w:gridCol w:w="9936"/>
      </w:tblGrid>
      <w:tr w:rsidR="005F62ED" w14:paraId="5ABA5D0A"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54C66916" w14:textId="77777777" w:rsidR="005F62ED" w:rsidRDefault="00000000">
            <w:pPr>
              <w:spacing w:before="60" w:after="60"/>
            </w:pPr>
            <w:r>
              <w:rPr>
                <w:i/>
                <w:color w:val="889098"/>
                <w:sz w:val="19"/>
              </w:rPr>
              <w:lastRenderedPageBreak/>
              <w:t>Describe long-term financial sustainability plan... (this box expands automatically as you type)</w:t>
            </w:r>
          </w:p>
        </w:tc>
      </w:tr>
    </w:tbl>
    <w:p w14:paraId="3A901FA0" w14:textId="77777777" w:rsidR="005F62ED" w:rsidRDefault="005F62ED">
      <w:pPr>
        <w:spacing w:after="80"/>
      </w:pPr>
    </w:p>
    <w:p w14:paraId="461A128B" w14:textId="77777777" w:rsidR="005F62ED" w:rsidRDefault="00000000">
      <w:pPr>
        <w:spacing w:before="140" w:after="40"/>
      </w:pPr>
      <w:r>
        <w:rPr>
          <w:b/>
          <w:color w:val="111111"/>
        </w:rPr>
        <w:t>15. How will Wolfville - Mud Creek Rotary be recognized for its support?</w:t>
      </w:r>
    </w:p>
    <w:tbl>
      <w:tblPr>
        <w:tblW w:w="0" w:type="auto"/>
        <w:jc w:val="center"/>
        <w:tblLayout w:type="fixed"/>
        <w:tblLook w:val="04A0" w:firstRow="1" w:lastRow="0" w:firstColumn="1" w:lastColumn="0" w:noHBand="0" w:noVBand="1"/>
      </w:tblPr>
      <w:tblGrid>
        <w:gridCol w:w="9936"/>
      </w:tblGrid>
      <w:tr w:rsidR="005F62ED" w14:paraId="2E538842"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71463B08" w14:textId="77777777" w:rsidR="005F62ED" w:rsidRDefault="00000000">
            <w:pPr>
              <w:spacing w:before="60" w:after="60"/>
            </w:pPr>
            <w:r>
              <w:rPr>
                <w:i/>
                <w:color w:val="889098"/>
                <w:sz w:val="19"/>
              </w:rPr>
              <w:t>Describe recognition opportunities for Rotary support... (this box expands automatically as you type)</w:t>
            </w:r>
          </w:p>
        </w:tc>
      </w:tr>
    </w:tbl>
    <w:p w14:paraId="559F2A76" w14:textId="77777777" w:rsidR="005F62ED" w:rsidRDefault="005F62ED">
      <w:pPr>
        <w:spacing w:after="80"/>
      </w:pPr>
    </w:p>
    <w:p w14:paraId="562CCC94" w14:textId="77777777" w:rsidR="005F62ED" w:rsidRDefault="00000000">
      <w:pPr>
        <w:spacing w:before="140" w:after="40"/>
      </w:pPr>
      <w:r>
        <w:rPr>
          <w:b/>
          <w:color w:val="111111"/>
        </w:rPr>
        <w:t>16. Official name to print on the cheque, if approved:</w:t>
      </w:r>
    </w:p>
    <w:tbl>
      <w:tblPr>
        <w:tblW w:w="0" w:type="auto"/>
        <w:jc w:val="center"/>
        <w:tblLayout w:type="fixed"/>
        <w:tblLook w:val="04A0" w:firstRow="1" w:lastRow="0" w:firstColumn="1" w:lastColumn="0" w:noHBand="0" w:noVBand="1"/>
      </w:tblPr>
      <w:tblGrid>
        <w:gridCol w:w="9936"/>
      </w:tblGrid>
      <w:tr w:rsidR="005F62ED" w14:paraId="1B92AD42" w14:textId="77777777">
        <w:trPr>
          <w:jc w:val="center"/>
        </w:trPr>
        <w:tc>
          <w:tcPr>
            <w:tcW w:w="9936" w:type="dxa"/>
            <w:tcBorders>
              <w:top w:val="single" w:sz="6" w:space="0" w:color="B8C0C8"/>
              <w:left w:val="single" w:sz="6" w:space="0" w:color="B8C0C8"/>
              <w:bottom w:val="single" w:sz="6" w:space="0" w:color="B8C0C8"/>
              <w:right w:val="single" w:sz="6" w:space="0" w:color="B8C0C8"/>
            </w:tcBorders>
            <w:shd w:val="clear" w:color="auto" w:fill="FAFAFC"/>
            <w:tcMar>
              <w:top w:w="120" w:type="dxa"/>
              <w:left w:w="150" w:type="dxa"/>
              <w:bottom w:w="140" w:type="dxa"/>
              <w:right w:w="150" w:type="dxa"/>
            </w:tcMar>
          </w:tcPr>
          <w:p w14:paraId="0FB13032" w14:textId="77777777" w:rsidR="005F62ED" w:rsidRDefault="00000000">
            <w:pPr>
              <w:spacing w:before="60" w:after="60"/>
            </w:pPr>
            <w:r>
              <w:rPr>
                <w:i/>
                <w:color w:val="889098"/>
                <w:sz w:val="19"/>
              </w:rPr>
              <w:t>Official payee name for cheque... (this box expands automatically as you type)</w:t>
            </w:r>
          </w:p>
        </w:tc>
      </w:tr>
    </w:tbl>
    <w:p w14:paraId="650D6E34" w14:textId="77777777" w:rsidR="005F62ED" w:rsidRDefault="005F62ED">
      <w:pPr>
        <w:spacing w:after="80"/>
      </w:pPr>
    </w:p>
    <w:p w14:paraId="4F49A7B1" w14:textId="77777777" w:rsidR="005F62ED" w:rsidRDefault="00000000">
      <w:pPr>
        <w:spacing w:before="160" w:after="120"/>
      </w:pPr>
      <w:r>
        <w:rPr>
          <w:b/>
          <w:color w:val="003366"/>
        </w:rPr>
        <w:t>Please attach a budget or other supporting documents (max 5 pages) with your application.</w:t>
      </w:r>
    </w:p>
    <w:p w14:paraId="57B3133B" w14:textId="77777777" w:rsidR="005F62ED" w:rsidRDefault="00000000">
      <w:pPr>
        <w:spacing w:before="140" w:after="40"/>
      </w:pPr>
      <w:r>
        <w:rPr>
          <w:b/>
          <w:color w:val="111111"/>
        </w:rPr>
        <w:t>References are encouraged:</w:t>
      </w:r>
    </w:p>
    <w:tbl>
      <w:tblPr>
        <w:tblW w:w="0" w:type="auto"/>
        <w:jc w:val="center"/>
        <w:tblLayout w:type="fixed"/>
        <w:tblLook w:val="04A0" w:firstRow="1" w:lastRow="0" w:firstColumn="1" w:lastColumn="0" w:noHBand="0" w:noVBand="1"/>
      </w:tblPr>
      <w:tblGrid>
        <w:gridCol w:w="4968"/>
        <w:gridCol w:w="4968"/>
      </w:tblGrid>
      <w:tr w:rsidR="005F62ED" w14:paraId="303E6934" w14:textId="77777777">
        <w:trPr>
          <w:jc w:val="center"/>
        </w:trPr>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0BF5A7C9" w14:textId="77777777" w:rsidR="005F62ED" w:rsidRDefault="00000000">
            <w:pPr>
              <w:spacing w:after="40"/>
            </w:pPr>
            <w:r>
              <w:rPr>
                <w:b/>
                <w:color w:val="333333"/>
                <w:sz w:val="19"/>
              </w:rPr>
              <w:t>Name of Reference 1:</w:t>
            </w:r>
            <w:r>
              <w:rPr>
                <w:b/>
                <w:color w:val="333333"/>
                <w:sz w:val="19"/>
              </w:rPr>
              <w:br/>
            </w:r>
            <w:r>
              <w:rPr>
                <w:i/>
                <w:color w:val="889098"/>
                <w:sz w:val="18"/>
              </w:rPr>
              <w:t>[ Click to type here — box expands ]</w:t>
            </w:r>
          </w:p>
        </w:tc>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6A328C54" w14:textId="77777777" w:rsidR="005F62ED" w:rsidRDefault="00000000">
            <w:pPr>
              <w:spacing w:after="40"/>
            </w:pPr>
            <w:r>
              <w:rPr>
                <w:b/>
                <w:color w:val="333333"/>
                <w:sz w:val="19"/>
              </w:rPr>
              <w:t>Contact Information for Reference 1:</w:t>
            </w:r>
            <w:r>
              <w:rPr>
                <w:b/>
                <w:color w:val="333333"/>
                <w:sz w:val="19"/>
              </w:rPr>
              <w:br/>
            </w:r>
            <w:r>
              <w:rPr>
                <w:i/>
                <w:color w:val="889098"/>
                <w:sz w:val="18"/>
              </w:rPr>
              <w:t>[ Click to type here — box expands ]</w:t>
            </w:r>
          </w:p>
        </w:tc>
      </w:tr>
      <w:tr w:rsidR="005F62ED" w14:paraId="1BD16F72" w14:textId="77777777">
        <w:trPr>
          <w:jc w:val="center"/>
        </w:trPr>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6556BEF0" w14:textId="77777777" w:rsidR="005F62ED" w:rsidRDefault="00000000">
            <w:pPr>
              <w:spacing w:after="40"/>
            </w:pPr>
            <w:r>
              <w:rPr>
                <w:b/>
                <w:color w:val="333333"/>
                <w:sz w:val="19"/>
              </w:rPr>
              <w:t>Name of Reference 2:</w:t>
            </w:r>
            <w:r>
              <w:rPr>
                <w:b/>
                <w:color w:val="333333"/>
                <w:sz w:val="19"/>
              </w:rPr>
              <w:br/>
            </w:r>
            <w:r>
              <w:rPr>
                <w:i/>
                <w:color w:val="889098"/>
                <w:sz w:val="18"/>
              </w:rPr>
              <w:t>[ Click to type here — box expands ]</w:t>
            </w:r>
          </w:p>
        </w:tc>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4BE7EF3A" w14:textId="77777777" w:rsidR="005F62ED" w:rsidRDefault="00000000">
            <w:pPr>
              <w:spacing w:after="40"/>
            </w:pPr>
            <w:r>
              <w:rPr>
                <w:b/>
                <w:color w:val="333333"/>
                <w:sz w:val="19"/>
              </w:rPr>
              <w:t>Contact Information for Reference 2:</w:t>
            </w:r>
            <w:r>
              <w:rPr>
                <w:b/>
                <w:color w:val="333333"/>
                <w:sz w:val="19"/>
              </w:rPr>
              <w:br/>
            </w:r>
            <w:r>
              <w:rPr>
                <w:i/>
                <w:color w:val="889098"/>
                <w:sz w:val="18"/>
              </w:rPr>
              <w:t>[ Click to type here — box expands ]</w:t>
            </w:r>
          </w:p>
        </w:tc>
      </w:tr>
    </w:tbl>
    <w:p w14:paraId="4CAD270E" w14:textId="77777777" w:rsidR="005F62ED" w:rsidRDefault="005F62ED">
      <w:pPr>
        <w:spacing w:after="100"/>
      </w:pPr>
    </w:p>
    <w:tbl>
      <w:tblPr>
        <w:tblW w:w="0" w:type="auto"/>
        <w:jc w:val="center"/>
        <w:tblLayout w:type="fixed"/>
        <w:tblLook w:val="04A0" w:firstRow="1" w:lastRow="0" w:firstColumn="1" w:lastColumn="0" w:noHBand="0" w:noVBand="1"/>
      </w:tblPr>
      <w:tblGrid>
        <w:gridCol w:w="4968"/>
        <w:gridCol w:w="4968"/>
      </w:tblGrid>
      <w:tr w:rsidR="005F62ED" w14:paraId="2BAF9544" w14:textId="77777777">
        <w:trPr>
          <w:jc w:val="center"/>
        </w:trPr>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29C0183B" w14:textId="77777777" w:rsidR="005F62ED" w:rsidRDefault="00000000">
            <w:pPr>
              <w:spacing w:after="40"/>
            </w:pPr>
            <w:r>
              <w:rPr>
                <w:b/>
                <w:color w:val="333333"/>
                <w:sz w:val="19"/>
              </w:rPr>
              <w:t>Applicant name:</w:t>
            </w:r>
            <w:r>
              <w:rPr>
                <w:b/>
                <w:color w:val="333333"/>
                <w:sz w:val="19"/>
              </w:rPr>
              <w:br/>
            </w:r>
            <w:r>
              <w:rPr>
                <w:i/>
                <w:color w:val="889098"/>
                <w:sz w:val="18"/>
              </w:rPr>
              <w:t>[ Click to type here — box expands ]</w:t>
            </w:r>
          </w:p>
        </w:tc>
        <w:tc>
          <w:tcPr>
            <w:tcW w:w="4968" w:type="dxa"/>
            <w:tcBorders>
              <w:top w:val="single" w:sz="4" w:space="0" w:color="C0C8D0"/>
              <w:left w:val="single" w:sz="4" w:space="0" w:color="C0C8D0"/>
              <w:bottom w:val="single" w:sz="4" w:space="0" w:color="C0C8D0"/>
              <w:right w:val="single" w:sz="4" w:space="0" w:color="C0C8D0"/>
            </w:tcBorders>
            <w:shd w:val="clear" w:color="auto" w:fill="FAFAFC"/>
            <w:tcMar>
              <w:top w:w="80" w:type="dxa"/>
              <w:left w:w="100" w:type="dxa"/>
              <w:bottom w:w="80" w:type="dxa"/>
              <w:right w:w="100" w:type="dxa"/>
            </w:tcMar>
          </w:tcPr>
          <w:p w14:paraId="496E6899" w14:textId="77777777" w:rsidR="005F62ED" w:rsidRDefault="00000000">
            <w:pPr>
              <w:spacing w:after="40"/>
            </w:pPr>
            <w:r>
              <w:rPr>
                <w:b/>
                <w:color w:val="333333"/>
                <w:sz w:val="19"/>
              </w:rPr>
              <w:t>Date:</w:t>
            </w:r>
            <w:r>
              <w:rPr>
                <w:b/>
                <w:color w:val="333333"/>
                <w:sz w:val="19"/>
              </w:rPr>
              <w:br/>
            </w:r>
            <w:r>
              <w:rPr>
                <w:i/>
                <w:color w:val="889098"/>
                <w:sz w:val="18"/>
              </w:rPr>
              <w:t>YYYY-MM-DD</w:t>
            </w:r>
          </w:p>
        </w:tc>
      </w:tr>
    </w:tbl>
    <w:p w14:paraId="09FE29D3" w14:textId="77777777" w:rsidR="00C3728D" w:rsidRDefault="00C3728D"/>
    <w:sectPr w:rsidR="00C3728D"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6005789">
    <w:abstractNumId w:val="8"/>
  </w:num>
  <w:num w:numId="2" w16cid:durableId="2084522250">
    <w:abstractNumId w:val="6"/>
  </w:num>
  <w:num w:numId="3" w16cid:durableId="1334182546">
    <w:abstractNumId w:val="5"/>
  </w:num>
  <w:num w:numId="4" w16cid:durableId="714701959">
    <w:abstractNumId w:val="4"/>
  </w:num>
  <w:num w:numId="5" w16cid:durableId="253780866">
    <w:abstractNumId w:val="7"/>
  </w:num>
  <w:num w:numId="6" w16cid:durableId="1462533470">
    <w:abstractNumId w:val="3"/>
  </w:num>
  <w:num w:numId="7" w16cid:durableId="2037927941">
    <w:abstractNumId w:val="2"/>
  </w:num>
  <w:num w:numId="8" w16cid:durableId="482700307">
    <w:abstractNumId w:val="1"/>
  </w:num>
  <w:num w:numId="9" w16cid:durableId="16448959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630A0"/>
    <w:rsid w:val="005F62ED"/>
    <w:rsid w:val="006364C2"/>
    <w:rsid w:val="00AA1D8D"/>
    <w:rsid w:val="00B47730"/>
    <w:rsid w:val="00C3728D"/>
    <w:rsid w:val="00C740B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5FF544"/>
  <w14:defaultImageDpi w14:val="300"/>
  <w15:docId w15:val="{BFA978C2-383C-5149-A789-A7BEC012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984</Words>
  <Characters>5138</Characters>
  <Application>Microsoft Office Word</Application>
  <DocSecurity>0</DocSecurity>
  <Lines>138</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Mike Grass</cp:lastModifiedBy>
  <cp:revision>2</cp:revision>
  <dcterms:created xsi:type="dcterms:W3CDTF">2026-10-02T15:04:00Z</dcterms:created>
  <dcterms:modified xsi:type="dcterms:W3CDTF">2026-10-02T15:04:00Z</dcterms:modified>
  <cp:category/>
</cp:coreProperties>
</file>