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D017F" w14:textId="189CC0C2" w:rsidR="00A10CDB" w:rsidRPr="000E7C05" w:rsidRDefault="00E84A3A">
      <w:pPr>
        <w:pStyle w:val="Heading1"/>
        <w:rPr>
          <w:i/>
          <w:iCs/>
        </w:rPr>
      </w:pPr>
      <w:r w:rsidRPr="000E7C05"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0ED29183" wp14:editId="1589B58F">
            <wp:simplePos x="0" y="0"/>
            <wp:positionH relativeFrom="column">
              <wp:posOffset>1744980</wp:posOffset>
            </wp:positionH>
            <wp:positionV relativeFrom="paragraph">
              <wp:posOffset>-830580</wp:posOffset>
            </wp:positionV>
            <wp:extent cx="1973580" cy="1012373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3580" cy="1012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DED" w:rsidRPr="000E7C05">
        <w:rPr>
          <w:i/>
          <w:iCs/>
        </w:rPr>
        <w:t>Findlay Rotary Forward Fund – Grant Application</w:t>
      </w:r>
      <w:r w:rsidR="000B6490" w:rsidRPr="000E7C05">
        <w:rPr>
          <w:i/>
          <w:iCs/>
          <w:noProof/>
        </w:rPr>
        <w:t xml:space="preserve"> </w:t>
      </w:r>
    </w:p>
    <w:p w14:paraId="27CF4DAA" w14:textId="25D28749" w:rsidR="00A10CDB" w:rsidRPr="000E7C05" w:rsidRDefault="00EE6DED">
      <w:pPr>
        <w:rPr>
          <w:i/>
          <w:iCs/>
        </w:rPr>
      </w:pPr>
      <w:r w:rsidRPr="000E7C05">
        <w:rPr>
          <w:i/>
          <w:iCs/>
        </w:rPr>
        <w:t>Thank you for your interest in applying for a grant through the Findlay Rotary Forward Fund. Please complete the following application in full. Incomplete or late applications may not be considered.</w:t>
      </w:r>
    </w:p>
    <w:p w14:paraId="56E33525" w14:textId="2536281B" w:rsidR="00A10CDB" w:rsidRPr="000E7C05" w:rsidRDefault="00EE6DED">
      <w:pPr>
        <w:pStyle w:val="Heading2"/>
        <w:rPr>
          <w:i/>
          <w:iCs/>
        </w:rPr>
      </w:pPr>
      <w:r w:rsidRPr="000E7C05">
        <w:rPr>
          <w:i/>
          <w:iCs/>
        </w:rPr>
        <w:t>Grant Purpose</w:t>
      </w:r>
    </w:p>
    <w:p w14:paraId="657AA3BB" w14:textId="3A7D60D1" w:rsidR="00A10CDB" w:rsidRPr="000E7C05" w:rsidRDefault="00EE6DED">
      <w:pPr>
        <w:rPr>
          <w:i/>
          <w:iCs/>
        </w:rPr>
      </w:pPr>
      <w:r w:rsidRPr="000E7C05">
        <w:rPr>
          <w:i/>
          <w:iCs/>
        </w:rPr>
        <w:t>The purpose of the Forward Fund is to support initiatives that provide meaningful benefits within Findlay and Hancock County, with the goal of enhancing the overall well-being and quality of life in our community.</w:t>
      </w:r>
    </w:p>
    <w:p w14:paraId="2CE82E3A" w14:textId="77777777" w:rsidR="00A10CDB" w:rsidRPr="000E7C05" w:rsidRDefault="00EE6DED">
      <w:pPr>
        <w:pStyle w:val="Heading2"/>
        <w:rPr>
          <w:i/>
          <w:iCs/>
        </w:rPr>
      </w:pPr>
      <w:r w:rsidRPr="000E7C05">
        <w:rPr>
          <w:i/>
          <w:iCs/>
        </w:rPr>
        <w:t>Important Dates</w:t>
      </w:r>
    </w:p>
    <w:p w14:paraId="6242331F" w14:textId="77777777" w:rsidR="00A10CDB" w:rsidRPr="000E7C05" w:rsidRDefault="00EE6DED" w:rsidP="006E0BA1">
      <w:pPr>
        <w:spacing w:after="0"/>
        <w:rPr>
          <w:i/>
          <w:iCs/>
        </w:rPr>
      </w:pPr>
      <w:r w:rsidRPr="000E7C05">
        <w:rPr>
          <w:i/>
          <w:iCs/>
        </w:rPr>
        <w:t>• Application Deadline: January 31</w:t>
      </w:r>
    </w:p>
    <w:p w14:paraId="20B0141D" w14:textId="77777777" w:rsidR="00A10CDB" w:rsidRPr="000E7C05" w:rsidRDefault="00EE6DED" w:rsidP="006E0BA1">
      <w:pPr>
        <w:spacing w:after="0"/>
        <w:rPr>
          <w:i/>
          <w:iCs/>
        </w:rPr>
      </w:pPr>
      <w:r w:rsidRPr="000E7C05">
        <w:rPr>
          <w:i/>
          <w:iCs/>
        </w:rPr>
        <w:t>• Funding Decision Notification: By March 15</w:t>
      </w:r>
    </w:p>
    <w:p w14:paraId="1E006CF0" w14:textId="77777777" w:rsidR="00A10CDB" w:rsidRDefault="00EE6DED" w:rsidP="006E0BA1">
      <w:pPr>
        <w:spacing w:after="0"/>
        <w:rPr>
          <w:i/>
          <w:iCs/>
        </w:rPr>
      </w:pPr>
      <w:r w:rsidRPr="000E7C05">
        <w:rPr>
          <w:i/>
          <w:iCs/>
        </w:rPr>
        <w:t>• Grant Funds Distributed: By June 30</w:t>
      </w:r>
    </w:p>
    <w:p w14:paraId="67D23461" w14:textId="7CBF1946" w:rsidR="000E7C05" w:rsidRPr="000E7C05" w:rsidRDefault="000E7C05">
      <w:pPr>
        <w:rPr>
          <w:i/>
          <w:iCs/>
        </w:rPr>
      </w:pPr>
      <w:r>
        <w:rPr>
          <w:i/>
          <w:iCs/>
        </w:rPr>
        <w:t>______________________________________________________________________________</w:t>
      </w:r>
    </w:p>
    <w:p w14:paraId="115FE2D8" w14:textId="77777777" w:rsidR="00A10CDB" w:rsidRDefault="00EE6DED">
      <w:pPr>
        <w:pStyle w:val="Heading2"/>
      </w:pPr>
      <w:r>
        <w:t>Section 1: Organization Information</w:t>
      </w:r>
    </w:p>
    <w:p w14:paraId="268E4007" w14:textId="77777777" w:rsidR="00A10CDB" w:rsidRDefault="00EE6DED">
      <w:r>
        <w:t>• Name of Organization/Agency:</w:t>
      </w:r>
    </w:p>
    <w:p w14:paraId="3A3B11ED" w14:textId="77777777" w:rsidR="00A10CDB" w:rsidRDefault="00EE6DED">
      <w:r>
        <w:t>• Mailing Address:</w:t>
      </w:r>
    </w:p>
    <w:p w14:paraId="072B9295" w14:textId="77777777" w:rsidR="00A10CDB" w:rsidRDefault="00EE6DED">
      <w:r>
        <w:t>• City, State, ZIP:</w:t>
      </w:r>
    </w:p>
    <w:p w14:paraId="2DA31DAB" w14:textId="77777777" w:rsidR="00A10CDB" w:rsidRDefault="00EE6DED">
      <w:r>
        <w:t>• Website (if applicable):</w:t>
      </w:r>
    </w:p>
    <w:p w14:paraId="65B60428" w14:textId="77777777" w:rsidR="00A10CDB" w:rsidRDefault="00EE6DED">
      <w:pPr>
        <w:pStyle w:val="Heading2"/>
      </w:pPr>
      <w:r>
        <w:t>Section 2: Contact Information</w:t>
      </w:r>
    </w:p>
    <w:p w14:paraId="12CA66F9" w14:textId="77777777" w:rsidR="00A10CDB" w:rsidRDefault="00EE6DED">
      <w:r>
        <w:t>• Primary Contact Person:</w:t>
      </w:r>
    </w:p>
    <w:p w14:paraId="79DD1C45" w14:textId="77777777" w:rsidR="00A10CDB" w:rsidRDefault="00EE6DED">
      <w:r>
        <w:t>• Title/Role:</w:t>
      </w:r>
    </w:p>
    <w:p w14:paraId="32927DA6" w14:textId="77777777" w:rsidR="00A10CDB" w:rsidRDefault="00EE6DED">
      <w:r>
        <w:t>• Phone Number:</w:t>
      </w:r>
    </w:p>
    <w:p w14:paraId="38EB2970" w14:textId="77777777" w:rsidR="00A10CDB" w:rsidRDefault="00EE6DED">
      <w:r>
        <w:t>• Email Address:</w:t>
      </w:r>
    </w:p>
    <w:p w14:paraId="30A18940" w14:textId="77777777" w:rsidR="00A10CDB" w:rsidRDefault="00EE6DED">
      <w:pPr>
        <w:pStyle w:val="Heading2"/>
      </w:pPr>
      <w:r>
        <w:t>Section 3: Eligibility Confirmation</w:t>
      </w:r>
    </w:p>
    <w:p w14:paraId="6EC3245A" w14:textId="7A39E99D" w:rsidR="00A10CDB" w:rsidRDefault="00EE6DED">
      <w:r>
        <w:t>• Amount Requested (Minimum request is $2,500</w:t>
      </w:r>
      <w:r w:rsidR="1B908A96">
        <w:t>-maximum is $10,000</w:t>
      </w:r>
      <w:r>
        <w:t>): $___________</w:t>
      </w:r>
    </w:p>
    <w:p w14:paraId="4F568DE6" w14:textId="33C6FA22" w:rsidR="00A10CDB" w:rsidRDefault="00EE6DED">
      <w:pPr>
        <w:pStyle w:val="Heading2"/>
      </w:pPr>
      <w:r>
        <w:t>Section 4: Project/Program Information</w:t>
      </w:r>
    </w:p>
    <w:p w14:paraId="468E9E79" w14:textId="77777777" w:rsidR="00A10CDB" w:rsidRDefault="00EE6DED">
      <w:r>
        <w:t>1. Project/Program Title:</w:t>
      </w:r>
    </w:p>
    <w:p w14:paraId="23FDA1E0" w14:textId="77777777" w:rsidR="00A10CDB" w:rsidRDefault="00EE6DED">
      <w:r>
        <w:t>3. Detailed Explanation of the Project/Program:</w:t>
      </w:r>
    </w:p>
    <w:p w14:paraId="5437CDEA" w14:textId="77777777" w:rsidR="00A10CDB" w:rsidRDefault="00EE6DED">
      <w:r>
        <w:t>4. Who will benefit from this initiative? (Include demographics, estimated number served, etc.):</w:t>
      </w:r>
    </w:p>
    <w:p w14:paraId="7BE3650B" w14:textId="77777777" w:rsidR="00A10CDB" w:rsidRDefault="00EE6DED">
      <w:r>
        <w:t>5. Provide statistics, data, or research supporting the need for this project/program (if available):</w:t>
      </w:r>
    </w:p>
    <w:p w14:paraId="5DA84B6F" w14:textId="77777777" w:rsidR="00A10CDB" w:rsidRDefault="00EE6DED">
      <w:r>
        <w:lastRenderedPageBreak/>
        <w:t>6. What community need(s) does this project/program address?</w:t>
      </w:r>
    </w:p>
    <w:p w14:paraId="1C62C5A8" w14:textId="77777777" w:rsidR="00A10CDB" w:rsidRDefault="00EE6DED">
      <w:r>
        <w:t>7. What are the key goals and expected outcomes of the project/program?</w:t>
      </w:r>
    </w:p>
    <w:p w14:paraId="144579D4" w14:textId="77777777" w:rsidR="00A10CDB" w:rsidRDefault="00EE6DED">
      <w:r>
        <w:t>8. Timeline for implementation and completion (Please include estimated start and end dates):</w:t>
      </w:r>
    </w:p>
    <w:p w14:paraId="0FAD8FD0" w14:textId="48B4E2CC" w:rsidR="00A10CDB" w:rsidRPr="000E7C05" w:rsidRDefault="00EE6DED" w:rsidP="19E7CDB9">
      <w:pPr>
        <w:rPr>
          <w:b/>
          <w:bCs/>
          <w:color w:val="4F81BD" w:themeColor="accent1"/>
          <w:sz w:val="26"/>
          <w:szCs w:val="26"/>
        </w:rPr>
      </w:pPr>
      <w:r w:rsidRPr="000E7C05">
        <w:rPr>
          <w:b/>
          <w:bCs/>
          <w:color w:val="4F81BD" w:themeColor="accent1"/>
          <w:sz w:val="26"/>
          <w:szCs w:val="26"/>
        </w:rPr>
        <w:t>Section 5: Financial Overview</w:t>
      </w:r>
    </w:p>
    <w:p w14:paraId="1072C9A6" w14:textId="77777777" w:rsidR="00A10CDB" w:rsidRDefault="00EE6DED">
      <w:r>
        <w:t>1. Total Cost of the Project/Program: $___________</w:t>
      </w:r>
    </w:p>
    <w:p w14:paraId="1EAEA9CB" w14:textId="77777777" w:rsidR="00A10CDB" w:rsidRDefault="00EE6DED">
      <w:r>
        <w:t>2. Amount Requested from the Findlay Rotary Forward Fund: $___________</w:t>
      </w:r>
    </w:p>
    <w:p w14:paraId="2DB484F9" w14:textId="77777777" w:rsidR="00A10CDB" w:rsidRDefault="00EE6DED">
      <w:r>
        <w:t>3. Other Funding Sources:</w:t>
      </w:r>
    </w:p>
    <w:p w14:paraId="015E0F17" w14:textId="434B4862" w:rsidR="00A10CDB" w:rsidRDefault="00EE6DED">
      <w:r>
        <w:t xml:space="preserve">   - Amount already obtained</w:t>
      </w:r>
      <w:r w:rsidR="239EC0BE">
        <w:t xml:space="preserve"> and/or pledged</w:t>
      </w:r>
      <w:r>
        <w:t>: $___________</w:t>
      </w:r>
    </w:p>
    <w:p w14:paraId="1075958A" w14:textId="77777777" w:rsidR="00A10CDB" w:rsidRDefault="00EE6DED">
      <w:r>
        <w:t xml:space="preserve">   - List any other agencies or organizations contributing funding or support:</w:t>
      </w:r>
    </w:p>
    <w:p w14:paraId="09F67ABF" w14:textId="77777777" w:rsidR="00A10CDB" w:rsidRDefault="00EE6DED">
      <w:r>
        <w:t>4. How will Rotary funds specifically be used within the project/program?</w:t>
      </w:r>
    </w:p>
    <w:p w14:paraId="4FCFA56C" w14:textId="77777777" w:rsidR="00A10CDB" w:rsidRDefault="00EE6DED">
      <w:pPr>
        <w:pStyle w:val="Heading2"/>
      </w:pPr>
      <w:r>
        <w:t>Section 6: Supporting Documents</w:t>
      </w:r>
    </w:p>
    <w:p w14:paraId="6C0A12FC" w14:textId="77777777" w:rsidR="00A10CDB" w:rsidRDefault="00EE6DED">
      <w:r>
        <w:t>☐ List of Board of Trustees and Officers</w:t>
      </w:r>
    </w:p>
    <w:p w14:paraId="59874189" w14:textId="77777777" w:rsidR="00A10CDB" w:rsidRDefault="00EE6DED">
      <w:r>
        <w:t>☐ Most recent Annual Report (if available)</w:t>
      </w:r>
    </w:p>
    <w:p w14:paraId="34EA0581" w14:textId="77777777" w:rsidR="00A10CDB" w:rsidRDefault="00EE6DED">
      <w:r>
        <w:t>☐ Relevant News Releases or Media Coverage</w:t>
      </w:r>
    </w:p>
    <w:p w14:paraId="10E1EC73" w14:textId="77777777" w:rsidR="00A10CDB" w:rsidRDefault="00EE6DED">
      <w:r>
        <w:t>☐ Any Marketing or Promotional Materials related to the project/program</w:t>
      </w:r>
    </w:p>
    <w:p w14:paraId="4638AF4D" w14:textId="77777777" w:rsidR="00A10CDB" w:rsidRDefault="00EE6DED">
      <w:pPr>
        <w:pStyle w:val="Heading2"/>
      </w:pPr>
      <w:r>
        <w:t>Submission Instructions</w:t>
      </w:r>
    </w:p>
    <w:p w14:paraId="07A9E74E" w14:textId="7C1C3E93" w:rsidR="00A10CDB" w:rsidRDefault="00EE6DED">
      <w:r>
        <w:t>All applications and supporting documents must be submitted via email on or before January 31 to:</w:t>
      </w:r>
      <w:r>
        <w:br/>
      </w:r>
      <w:hyperlink r:id="rId7" w:history="1">
        <w:r w:rsidR="000B6490" w:rsidRPr="00F77446">
          <w:rPr>
            <w:rStyle w:val="Hyperlink"/>
          </w:rPr>
          <w:t>admin@findlayrotary.org</w:t>
        </w:r>
      </w:hyperlink>
      <w:r>
        <w:br/>
      </w:r>
      <w:r>
        <w:br/>
        <w:t>Applicants will be notified of funding decisions by March 15, and approved grants will be disbursed no later than June 30.</w:t>
      </w:r>
    </w:p>
    <w:sectPr w:rsidR="00A10CDB" w:rsidSect="00034616">
      <w:pgSz w:w="12240" w:h="15840"/>
      <w:pgMar w:top="1350" w:right="1800" w:bottom="90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1401343">
    <w:abstractNumId w:val="8"/>
  </w:num>
  <w:num w:numId="2" w16cid:durableId="1410229890">
    <w:abstractNumId w:val="6"/>
  </w:num>
  <w:num w:numId="3" w16cid:durableId="973406283">
    <w:abstractNumId w:val="5"/>
  </w:num>
  <w:num w:numId="4" w16cid:durableId="1968125488">
    <w:abstractNumId w:val="4"/>
  </w:num>
  <w:num w:numId="5" w16cid:durableId="394593296">
    <w:abstractNumId w:val="7"/>
  </w:num>
  <w:num w:numId="6" w16cid:durableId="1377047184">
    <w:abstractNumId w:val="3"/>
  </w:num>
  <w:num w:numId="7" w16cid:durableId="1262104484">
    <w:abstractNumId w:val="2"/>
  </w:num>
  <w:num w:numId="8" w16cid:durableId="1838766943">
    <w:abstractNumId w:val="1"/>
  </w:num>
  <w:num w:numId="9" w16cid:durableId="2053919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5AB4"/>
    <w:rsid w:val="0006063C"/>
    <w:rsid w:val="000B6490"/>
    <w:rsid w:val="000C1078"/>
    <w:rsid w:val="000E7C05"/>
    <w:rsid w:val="0015074B"/>
    <w:rsid w:val="0029639D"/>
    <w:rsid w:val="00326F90"/>
    <w:rsid w:val="00566B5D"/>
    <w:rsid w:val="00667651"/>
    <w:rsid w:val="006E0BA1"/>
    <w:rsid w:val="00A10CDB"/>
    <w:rsid w:val="00A5783C"/>
    <w:rsid w:val="00AA1D8D"/>
    <w:rsid w:val="00B47730"/>
    <w:rsid w:val="00CB0664"/>
    <w:rsid w:val="00E84A3A"/>
    <w:rsid w:val="00EE6DED"/>
    <w:rsid w:val="00FC693F"/>
    <w:rsid w:val="19E7CDB9"/>
    <w:rsid w:val="1B908A96"/>
    <w:rsid w:val="239EC0BE"/>
    <w:rsid w:val="3802AE98"/>
    <w:rsid w:val="39F9ACAE"/>
    <w:rsid w:val="6F33A209"/>
    <w:rsid w:val="7A5EF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FBF46D1"/>
  <w14:defaultImageDpi w14:val="300"/>
  <w15:docId w15:val="{D805A8CB-16A9-485C-95BC-99392373C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578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78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dmin@findlayrotary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375</Words>
  <Characters>2143</Characters>
  <Application>Microsoft Office Word</Application>
  <DocSecurity>0</DocSecurity>
  <Lines>17</Lines>
  <Paragraphs>5</Paragraphs>
  <ScaleCrop>false</ScaleCrop>
  <Manager/>
  <Company/>
  <LinksUpToDate>false</LinksUpToDate>
  <CharactersWithSpaces>2513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Jeff Young</cp:lastModifiedBy>
  <cp:revision>4</cp:revision>
  <dcterms:created xsi:type="dcterms:W3CDTF">2025-12-24T16:37:00Z</dcterms:created>
  <dcterms:modified xsi:type="dcterms:W3CDTF">2026-10-22T19:22:00Z</dcterms:modified>
  <cp:category/>
</cp:coreProperties>
</file>