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B9DCD" w14:textId="77777777" w:rsidR="00561496" w:rsidRDefault="00715A5E">
      <w:pPr>
        <w:spacing w:after="0"/>
        <w:jc w:val="center"/>
      </w:pPr>
      <w:r>
        <w:rPr>
          <w:b/>
          <w:color w:val="17458F"/>
          <w:sz w:val="52"/>
        </w:rPr>
        <w:t>ARE YOU CURIOUS?</w:t>
      </w:r>
    </w:p>
    <w:p w14:paraId="14918968" w14:textId="77777777" w:rsidR="00561496" w:rsidRDefault="00715A5E">
      <w:pPr>
        <w:spacing w:after="60"/>
        <w:jc w:val="center"/>
      </w:pPr>
      <w:r>
        <w:rPr>
          <w:b/>
          <w:color w:val="F7A81B"/>
          <w:sz w:val="26"/>
        </w:rPr>
        <w:t>Explore • Connect • Lead</w:t>
      </w:r>
    </w:p>
    <w:p w14:paraId="2E511CA5" w14:textId="77777777" w:rsidR="00561496" w:rsidRDefault="00715A5E">
      <w:pPr>
        <w:jc w:val="center"/>
      </w:pPr>
      <w:r>
        <w:rPr>
          <w:color w:val="666666"/>
          <w:sz w:val="22"/>
        </w:rPr>
        <w:t>District 6290 Leadership &amp; Learning Sessions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80"/>
      </w:tblGrid>
      <w:tr w:rsidR="00561496" w14:paraId="2D0CE3B4" w14:textId="77777777">
        <w:trPr>
          <w:jc w:val="center"/>
        </w:trPr>
        <w:tc>
          <w:tcPr>
            <w:tcW w:w="10080" w:type="dxa"/>
            <w:shd w:val="clear" w:color="auto" w:fill="EAF2F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C4B2D1" w14:textId="77777777" w:rsidR="00561496" w:rsidRDefault="00715A5E">
            <w:pPr>
              <w:jc w:val="center"/>
            </w:pPr>
            <w:r>
              <w:rPr>
                <w:color w:val="243447"/>
                <w:sz w:val="21"/>
              </w:rPr>
              <w:t>Curious about serving at the District level? Join a session, meet the team, and discover where your talents can make an impact.</w:t>
            </w:r>
          </w:p>
        </w:tc>
      </w:tr>
    </w:tbl>
    <w:p w14:paraId="628839E5" w14:textId="77777777" w:rsidR="00561496" w:rsidRDefault="00561496">
      <w:pPr>
        <w:spacing w:after="20"/>
      </w:pPr>
    </w:p>
    <w:p w14:paraId="1F21E74D" w14:textId="77777777" w:rsidR="00561496" w:rsidRDefault="00715A5E">
      <w:pPr>
        <w:spacing w:before="40" w:after="80"/>
      </w:pPr>
      <w:r>
        <w:rPr>
          <w:b/>
          <w:color w:val="17458F"/>
          <w:sz w:val="30"/>
        </w:rPr>
        <w:t>2026 Sessions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6552"/>
      </w:tblGrid>
      <w:tr w:rsidR="00561496" w14:paraId="2F5F3F93" w14:textId="77777777">
        <w:trPr>
          <w:jc w:val="center"/>
        </w:trPr>
        <w:tc>
          <w:tcPr>
            <w:tcW w:w="5112" w:type="dxa"/>
            <w:shd w:val="clear" w:color="auto" w:fill="17458F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2B33808" w14:textId="77777777" w:rsidR="00561496" w:rsidRDefault="00715A5E">
            <w:r>
              <w:rPr>
                <w:b/>
                <w:color w:val="FFFFFF"/>
              </w:rPr>
              <w:t>DATE</w:t>
            </w:r>
          </w:p>
        </w:tc>
        <w:tc>
          <w:tcPr>
            <w:tcW w:w="5112" w:type="dxa"/>
            <w:shd w:val="clear" w:color="auto" w:fill="17458F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60797A8C" w14:textId="77777777" w:rsidR="00561496" w:rsidRDefault="00715A5E">
            <w:r>
              <w:rPr>
                <w:b/>
                <w:color w:val="FFFFFF"/>
              </w:rPr>
              <w:t>DISCOVER THE ROLE</w:t>
            </w:r>
          </w:p>
        </w:tc>
      </w:tr>
      <w:tr w:rsidR="00561496" w14:paraId="29C5D87E" w14:textId="77777777">
        <w:trPr>
          <w:jc w:val="center"/>
        </w:trPr>
        <w:tc>
          <w:tcPr>
            <w:tcW w:w="3096" w:type="dxa"/>
            <w:shd w:val="clear" w:color="auto" w:fill="FFFFFF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7416C7C3" w14:textId="77777777" w:rsidR="00561496" w:rsidRDefault="00715A5E">
            <w:pPr>
              <w:spacing w:after="0"/>
            </w:pPr>
            <w:r>
              <w:rPr>
                <w:b/>
                <w:color w:val="243447"/>
              </w:rPr>
              <w:t>Thursday, February 26</w:t>
            </w:r>
          </w:p>
        </w:tc>
        <w:tc>
          <w:tcPr>
            <w:tcW w:w="6552" w:type="dxa"/>
            <w:shd w:val="clear" w:color="auto" w:fill="FFFFFF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28FA6A1E" w14:textId="77777777" w:rsidR="00561496" w:rsidRDefault="00715A5E">
            <w:pPr>
              <w:spacing w:after="0"/>
            </w:pPr>
            <w:r>
              <w:rPr>
                <w:color w:val="243447"/>
              </w:rPr>
              <w:t>District Treasurer</w:t>
            </w:r>
          </w:p>
        </w:tc>
      </w:tr>
      <w:tr w:rsidR="00561496" w14:paraId="7CC3C335" w14:textId="77777777">
        <w:trPr>
          <w:jc w:val="center"/>
        </w:trPr>
        <w:tc>
          <w:tcPr>
            <w:tcW w:w="3096" w:type="dxa"/>
            <w:shd w:val="clear" w:color="auto" w:fill="EAF2FA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260F1A37" w14:textId="77777777" w:rsidR="00561496" w:rsidRDefault="00715A5E">
            <w:pPr>
              <w:spacing w:after="0"/>
            </w:pPr>
            <w:r>
              <w:rPr>
                <w:b/>
                <w:color w:val="243447"/>
              </w:rPr>
              <w:t>Thursday, March 26</w:t>
            </w:r>
          </w:p>
        </w:tc>
        <w:tc>
          <w:tcPr>
            <w:tcW w:w="6552" w:type="dxa"/>
            <w:shd w:val="clear" w:color="auto" w:fill="EAF2FA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2C6D6B8D" w14:textId="77777777" w:rsidR="00561496" w:rsidRDefault="00715A5E">
            <w:pPr>
              <w:spacing w:after="0"/>
            </w:pPr>
            <w:r>
              <w:rPr>
                <w:color w:val="243447"/>
              </w:rPr>
              <w:t>Membership</w:t>
            </w:r>
          </w:p>
        </w:tc>
      </w:tr>
      <w:tr w:rsidR="00561496" w14:paraId="55A45003" w14:textId="77777777">
        <w:trPr>
          <w:jc w:val="center"/>
        </w:trPr>
        <w:tc>
          <w:tcPr>
            <w:tcW w:w="3096" w:type="dxa"/>
            <w:shd w:val="clear" w:color="auto" w:fill="FFF4D6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7D24B0ED" w14:textId="77777777" w:rsidR="00561496" w:rsidRDefault="00715A5E">
            <w:pPr>
              <w:spacing w:after="0"/>
            </w:pPr>
            <w:r>
              <w:rPr>
                <w:b/>
                <w:color w:val="666666"/>
              </w:rPr>
              <w:t>Thursday, April 30</w:t>
            </w:r>
          </w:p>
        </w:tc>
        <w:tc>
          <w:tcPr>
            <w:tcW w:w="6552" w:type="dxa"/>
            <w:shd w:val="clear" w:color="auto" w:fill="FFF4D6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03A46ADD" w14:textId="77777777" w:rsidR="00561496" w:rsidRDefault="00715A5E">
            <w:pPr>
              <w:spacing w:after="0"/>
            </w:pPr>
            <w:r>
              <w:rPr>
                <w:color w:val="666666"/>
              </w:rPr>
              <w:t>No Session</w:t>
            </w:r>
          </w:p>
        </w:tc>
      </w:tr>
      <w:tr w:rsidR="00561496" w14:paraId="6CA48C45" w14:textId="77777777">
        <w:trPr>
          <w:jc w:val="center"/>
        </w:trPr>
        <w:tc>
          <w:tcPr>
            <w:tcW w:w="3096" w:type="dxa"/>
            <w:shd w:val="clear" w:color="auto" w:fill="EAF2FA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1B9E77FB" w14:textId="77777777" w:rsidR="00561496" w:rsidRDefault="00715A5E">
            <w:pPr>
              <w:spacing w:after="0"/>
            </w:pPr>
            <w:r>
              <w:rPr>
                <w:b/>
                <w:color w:val="243447"/>
              </w:rPr>
              <w:t>Thursday, May 28</w:t>
            </w:r>
          </w:p>
        </w:tc>
        <w:tc>
          <w:tcPr>
            <w:tcW w:w="6552" w:type="dxa"/>
            <w:shd w:val="clear" w:color="auto" w:fill="EAF2FA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296D9973" w14:textId="77777777" w:rsidR="00561496" w:rsidRDefault="00715A5E">
            <w:pPr>
              <w:spacing w:after="0"/>
            </w:pPr>
            <w:r>
              <w:rPr>
                <w:color w:val="243447"/>
              </w:rPr>
              <w:t>Public Image</w:t>
            </w:r>
          </w:p>
        </w:tc>
      </w:tr>
      <w:tr w:rsidR="00561496" w14:paraId="6B31FE82" w14:textId="77777777">
        <w:trPr>
          <w:jc w:val="center"/>
        </w:trPr>
        <w:tc>
          <w:tcPr>
            <w:tcW w:w="3096" w:type="dxa"/>
            <w:shd w:val="clear" w:color="auto" w:fill="FFFFFF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7FA61572" w14:textId="77777777" w:rsidR="00561496" w:rsidRDefault="00715A5E">
            <w:pPr>
              <w:spacing w:after="0"/>
            </w:pPr>
            <w:r>
              <w:rPr>
                <w:b/>
                <w:color w:val="243447"/>
              </w:rPr>
              <w:t>Thursday, June 11</w:t>
            </w:r>
          </w:p>
        </w:tc>
        <w:tc>
          <w:tcPr>
            <w:tcW w:w="6552" w:type="dxa"/>
            <w:shd w:val="clear" w:color="auto" w:fill="FFFFFF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2191A349" w14:textId="77777777" w:rsidR="00561496" w:rsidRDefault="00715A5E">
            <w:pPr>
              <w:spacing w:after="0"/>
            </w:pPr>
            <w:r>
              <w:rPr>
                <w:color w:val="243447"/>
              </w:rPr>
              <w:t>Vision Facilitation</w:t>
            </w:r>
          </w:p>
        </w:tc>
      </w:tr>
      <w:tr w:rsidR="00561496" w14:paraId="70B73AC4" w14:textId="77777777">
        <w:trPr>
          <w:jc w:val="center"/>
        </w:trPr>
        <w:tc>
          <w:tcPr>
            <w:tcW w:w="3096" w:type="dxa"/>
            <w:shd w:val="clear" w:color="auto" w:fill="EAF2FA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77FDBD01" w14:textId="77777777" w:rsidR="00561496" w:rsidRDefault="00715A5E">
            <w:pPr>
              <w:spacing w:after="0"/>
            </w:pPr>
            <w:r>
              <w:rPr>
                <w:b/>
                <w:color w:val="243447"/>
              </w:rPr>
              <w:t>Thursday, June 25</w:t>
            </w:r>
          </w:p>
        </w:tc>
        <w:tc>
          <w:tcPr>
            <w:tcW w:w="6552" w:type="dxa"/>
            <w:shd w:val="clear" w:color="auto" w:fill="EAF2FA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5C48D243" w14:textId="77777777" w:rsidR="00561496" w:rsidRDefault="00715A5E">
            <w:pPr>
              <w:spacing w:after="0"/>
            </w:pPr>
            <w:r>
              <w:rPr>
                <w:color w:val="243447"/>
              </w:rPr>
              <w:t>District Governor</w:t>
            </w:r>
          </w:p>
        </w:tc>
      </w:tr>
      <w:tr w:rsidR="00561496" w14:paraId="07D9744F" w14:textId="77777777">
        <w:trPr>
          <w:jc w:val="center"/>
        </w:trPr>
        <w:tc>
          <w:tcPr>
            <w:tcW w:w="3096" w:type="dxa"/>
            <w:shd w:val="clear" w:color="auto" w:fill="FFF4D6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405656A8" w14:textId="77777777" w:rsidR="00561496" w:rsidRDefault="00715A5E">
            <w:pPr>
              <w:spacing w:after="0"/>
            </w:pPr>
            <w:r>
              <w:rPr>
                <w:b/>
                <w:color w:val="666666"/>
              </w:rPr>
              <w:t>July</w:t>
            </w:r>
          </w:p>
        </w:tc>
        <w:tc>
          <w:tcPr>
            <w:tcW w:w="6552" w:type="dxa"/>
            <w:shd w:val="clear" w:color="auto" w:fill="FFF4D6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4B4742C6" w14:textId="77777777" w:rsidR="00561496" w:rsidRDefault="00715A5E">
            <w:pPr>
              <w:spacing w:after="0"/>
            </w:pPr>
            <w:r>
              <w:rPr>
                <w:color w:val="666666"/>
              </w:rPr>
              <w:t>No Session</w:t>
            </w:r>
          </w:p>
        </w:tc>
      </w:tr>
      <w:tr w:rsidR="00561496" w14:paraId="7C01B36C" w14:textId="77777777">
        <w:trPr>
          <w:jc w:val="center"/>
        </w:trPr>
        <w:tc>
          <w:tcPr>
            <w:tcW w:w="3096" w:type="dxa"/>
            <w:shd w:val="clear" w:color="auto" w:fill="FFF4D6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3C4FAE07" w14:textId="77777777" w:rsidR="00561496" w:rsidRDefault="00715A5E">
            <w:pPr>
              <w:spacing w:after="0"/>
            </w:pPr>
            <w:r>
              <w:rPr>
                <w:b/>
                <w:color w:val="666666"/>
              </w:rPr>
              <w:t>August</w:t>
            </w:r>
          </w:p>
        </w:tc>
        <w:tc>
          <w:tcPr>
            <w:tcW w:w="6552" w:type="dxa"/>
            <w:shd w:val="clear" w:color="auto" w:fill="FFF4D6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57D40647" w14:textId="77777777" w:rsidR="00561496" w:rsidRDefault="00715A5E">
            <w:pPr>
              <w:spacing w:after="0"/>
            </w:pPr>
            <w:r>
              <w:rPr>
                <w:color w:val="666666"/>
              </w:rPr>
              <w:t>No Session</w:t>
            </w:r>
          </w:p>
        </w:tc>
      </w:tr>
    </w:tbl>
    <w:p w14:paraId="684D2A12" w14:textId="77777777" w:rsidR="00561496" w:rsidRDefault="00715A5E">
      <w:pPr>
        <w:spacing w:before="40" w:after="80"/>
      </w:pPr>
      <w:r>
        <w:rPr>
          <w:b/>
          <w:color w:val="17458F"/>
          <w:sz w:val="30"/>
        </w:rPr>
        <w:t>2026–27 Sessions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6552"/>
      </w:tblGrid>
      <w:tr w:rsidR="00561496" w14:paraId="0CE3EE44" w14:textId="77777777">
        <w:trPr>
          <w:jc w:val="center"/>
        </w:trPr>
        <w:tc>
          <w:tcPr>
            <w:tcW w:w="5112" w:type="dxa"/>
            <w:shd w:val="clear" w:color="auto" w:fill="17458F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353EDD8" w14:textId="77777777" w:rsidR="00561496" w:rsidRDefault="00715A5E">
            <w:r>
              <w:rPr>
                <w:b/>
                <w:color w:val="FFFFFF"/>
              </w:rPr>
              <w:t>DATE</w:t>
            </w:r>
          </w:p>
        </w:tc>
        <w:tc>
          <w:tcPr>
            <w:tcW w:w="5112" w:type="dxa"/>
            <w:shd w:val="clear" w:color="auto" w:fill="17458F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75D87A97" w14:textId="77777777" w:rsidR="00561496" w:rsidRDefault="00715A5E">
            <w:r>
              <w:rPr>
                <w:b/>
                <w:color w:val="FFFFFF"/>
              </w:rPr>
              <w:t>DISCOVER THE ROLE</w:t>
            </w:r>
          </w:p>
        </w:tc>
      </w:tr>
      <w:tr w:rsidR="00561496" w14:paraId="51140FCE" w14:textId="77777777">
        <w:trPr>
          <w:jc w:val="center"/>
        </w:trPr>
        <w:tc>
          <w:tcPr>
            <w:tcW w:w="3096" w:type="dxa"/>
            <w:shd w:val="clear" w:color="auto" w:fill="FFFFFF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1F38607A" w14:textId="77777777" w:rsidR="00561496" w:rsidRDefault="00715A5E">
            <w:pPr>
              <w:spacing w:after="0"/>
            </w:pPr>
            <w:r>
              <w:rPr>
                <w:b/>
                <w:color w:val="243447"/>
              </w:rPr>
              <w:t>Thursday, September 10</w:t>
            </w:r>
          </w:p>
        </w:tc>
        <w:tc>
          <w:tcPr>
            <w:tcW w:w="6552" w:type="dxa"/>
            <w:shd w:val="clear" w:color="auto" w:fill="FFFFFF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50D9DD85" w14:textId="77777777" w:rsidR="00561496" w:rsidRDefault="00715A5E">
            <w:pPr>
              <w:spacing w:after="0"/>
            </w:pPr>
            <w:r>
              <w:rPr>
                <w:color w:val="243447"/>
              </w:rPr>
              <w:t>District Governor</w:t>
            </w:r>
          </w:p>
        </w:tc>
      </w:tr>
      <w:tr w:rsidR="00561496" w14:paraId="61932DBB" w14:textId="77777777">
        <w:trPr>
          <w:jc w:val="center"/>
        </w:trPr>
        <w:tc>
          <w:tcPr>
            <w:tcW w:w="3096" w:type="dxa"/>
            <w:shd w:val="clear" w:color="auto" w:fill="EAF2FA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09AF3F89" w14:textId="77777777" w:rsidR="00561496" w:rsidRDefault="00715A5E">
            <w:pPr>
              <w:spacing w:after="0"/>
            </w:pPr>
            <w:r>
              <w:rPr>
                <w:b/>
                <w:color w:val="243447"/>
              </w:rPr>
              <w:t>Thursday, October 15</w:t>
            </w:r>
          </w:p>
        </w:tc>
        <w:tc>
          <w:tcPr>
            <w:tcW w:w="6552" w:type="dxa"/>
            <w:shd w:val="clear" w:color="auto" w:fill="EAF2FA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23251B40" w14:textId="77777777" w:rsidR="00561496" w:rsidRDefault="00715A5E">
            <w:pPr>
              <w:spacing w:after="0"/>
            </w:pPr>
            <w:r>
              <w:rPr>
                <w:color w:val="243447"/>
              </w:rPr>
              <w:t>Foundation &amp; International Service</w:t>
            </w:r>
          </w:p>
        </w:tc>
      </w:tr>
      <w:tr w:rsidR="00561496" w14:paraId="070BB260" w14:textId="77777777">
        <w:trPr>
          <w:jc w:val="center"/>
        </w:trPr>
        <w:tc>
          <w:tcPr>
            <w:tcW w:w="3096" w:type="dxa"/>
            <w:shd w:val="clear" w:color="auto" w:fill="FFFFFF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664E43B6" w14:textId="77777777" w:rsidR="00561496" w:rsidRDefault="00715A5E">
            <w:pPr>
              <w:spacing w:after="0"/>
            </w:pPr>
            <w:r>
              <w:rPr>
                <w:b/>
                <w:color w:val="243447"/>
              </w:rPr>
              <w:t>Thursday, October 29</w:t>
            </w:r>
          </w:p>
        </w:tc>
        <w:tc>
          <w:tcPr>
            <w:tcW w:w="6552" w:type="dxa"/>
            <w:shd w:val="clear" w:color="auto" w:fill="FFFFFF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638882B8" w14:textId="77777777" w:rsidR="00561496" w:rsidRDefault="00715A5E">
            <w:pPr>
              <w:spacing w:after="0"/>
            </w:pPr>
            <w:r>
              <w:rPr>
                <w:color w:val="243447"/>
              </w:rPr>
              <w:t>Assistant Governors</w:t>
            </w:r>
          </w:p>
        </w:tc>
      </w:tr>
      <w:tr w:rsidR="00561496" w14:paraId="2C5E14A7" w14:textId="77777777">
        <w:trPr>
          <w:jc w:val="center"/>
        </w:trPr>
        <w:tc>
          <w:tcPr>
            <w:tcW w:w="3096" w:type="dxa"/>
            <w:shd w:val="clear" w:color="auto" w:fill="FFF4D6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66C6C512" w14:textId="77777777" w:rsidR="00561496" w:rsidRDefault="00715A5E">
            <w:pPr>
              <w:spacing w:after="0"/>
            </w:pPr>
            <w:r>
              <w:rPr>
                <w:b/>
                <w:color w:val="666666"/>
              </w:rPr>
              <w:t>November</w:t>
            </w:r>
          </w:p>
        </w:tc>
        <w:tc>
          <w:tcPr>
            <w:tcW w:w="6552" w:type="dxa"/>
            <w:shd w:val="clear" w:color="auto" w:fill="FFF4D6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72832638" w14:textId="77777777" w:rsidR="00561496" w:rsidRDefault="00715A5E">
            <w:pPr>
              <w:spacing w:after="0"/>
            </w:pPr>
            <w:r>
              <w:rPr>
                <w:color w:val="666666"/>
              </w:rPr>
              <w:t>No Session</w:t>
            </w:r>
          </w:p>
        </w:tc>
      </w:tr>
      <w:tr w:rsidR="00561496" w14:paraId="60F4976E" w14:textId="77777777">
        <w:trPr>
          <w:jc w:val="center"/>
        </w:trPr>
        <w:tc>
          <w:tcPr>
            <w:tcW w:w="3096" w:type="dxa"/>
            <w:shd w:val="clear" w:color="auto" w:fill="FFF4D6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304B0A22" w14:textId="77777777" w:rsidR="00561496" w:rsidRDefault="00715A5E">
            <w:pPr>
              <w:spacing w:after="0"/>
            </w:pPr>
            <w:r>
              <w:rPr>
                <w:b/>
                <w:color w:val="666666"/>
              </w:rPr>
              <w:t>December</w:t>
            </w:r>
          </w:p>
        </w:tc>
        <w:tc>
          <w:tcPr>
            <w:tcW w:w="6552" w:type="dxa"/>
            <w:shd w:val="clear" w:color="auto" w:fill="FFF4D6"/>
            <w:tcMar>
              <w:top w:w="85" w:type="dxa"/>
              <w:left w:w="130" w:type="dxa"/>
              <w:bottom w:w="85" w:type="dxa"/>
              <w:right w:w="130" w:type="dxa"/>
            </w:tcMar>
            <w:vAlign w:val="center"/>
          </w:tcPr>
          <w:p w14:paraId="49D08E6C" w14:textId="77777777" w:rsidR="00561496" w:rsidRDefault="00715A5E">
            <w:pPr>
              <w:spacing w:after="0"/>
            </w:pPr>
            <w:r>
              <w:rPr>
                <w:color w:val="666666"/>
              </w:rPr>
              <w:t>No Session</w:t>
            </w:r>
          </w:p>
        </w:tc>
      </w:tr>
    </w:tbl>
    <w:p w14:paraId="22623AC4" w14:textId="77777777" w:rsidR="00561496" w:rsidRDefault="00715A5E">
      <w:pPr>
        <w:spacing w:before="160"/>
        <w:jc w:val="center"/>
      </w:pPr>
      <w:r>
        <w:rPr>
          <w:b/>
          <w:color w:val="17458F"/>
          <w:sz w:val="21"/>
        </w:rPr>
        <w:t>Bring your curiosity. Discover new ways to serve. Create lasting impact.</w:t>
      </w:r>
    </w:p>
    <w:sectPr w:rsidR="00561496" w:rsidSect="00034616">
      <w:footerReference w:type="default" r:id="rId8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F1ACC" w14:textId="77777777" w:rsidR="00715A5E" w:rsidRDefault="00715A5E">
      <w:pPr>
        <w:spacing w:after="0" w:line="240" w:lineRule="auto"/>
      </w:pPr>
      <w:r>
        <w:separator/>
      </w:r>
    </w:p>
  </w:endnote>
  <w:endnote w:type="continuationSeparator" w:id="0">
    <w:p w14:paraId="16727669" w14:textId="77777777" w:rsidR="00715A5E" w:rsidRDefault="00715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78D9F" w14:textId="77777777" w:rsidR="00561496" w:rsidRDefault="00715A5E">
    <w:pPr>
      <w:pStyle w:val="Footer"/>
      <w:jc w:val="center"/>
    </w:pPr>
    <w:r>
      <w:rPr>
        <w:color w:val="666666"/>
        <w:sz w:val="16"/>
      </w:rPr>
      <w:t xml:space="preserve">Rotary International District </w:t>
    </w:r>
    <w:proofErr w:type="gramStart"/>
    <w:r>
      <w:rPr>
        <w:color w:val="666666"/>
        <w:sz w:val="16"/>
      </w:rPr>
      <w:t>6290  •</w:t>
    </w:r>
    <w:proofErr w:type="gramEnd"/>
    <w:r>
      <w:rPr>
        <w:color w:val="666666"/>
        <w:sz w:val="16"/>
      </w:rPr>
      <w:t xml:space="preserve">  Are You Curious?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B2BD5" w14:textId="77777777" w:rsidR="00715A5E" w:rsidRDefault="00715A5E">
      <w:pPr>
        <w:spacing w:after="0" w:line="240" w:lineRule="auto"/>
      </w:pPr>
      <w:r>
        <w:separator/>
      </w:r>
    </w:p>
  </w:footnote>
  <w:footnote w:type="continuationSeparator" w:id="0">
    <w:p w14:paraId="7A27C0D9" w14:textId="77777777" w:rsidR="00715A5E" w:rsidRDefault="00715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9291472">
    <w:abstractNumId w:val="8"/>
  </w:num>
  <w:num w:numId="2" w16cid:durableId="511918231">
    <w:abstractNumId w:val="6"/>
  </w:num>
  <w:num w:numId="3" w16cid:durableId="52513460">
    <w:abstractNumId w:val="5"/>
  </w:num>
  <w:num w:numId="4" w16cid:durableId="1538202876">
    <w:abstractNumId w:val="4"/>
  </w:num>
  <w:num w:numId="5" w16cid:durableId="733091113">
    <w:abstractNumId w:val="7"/>
  </w:num>
  <w:num w:numId="6" w16cid:durableId="1590116500">
    <w:abstractNumId w:val="3"/>
  </w:num>
  <w:num w:numId="7" w16cid:durableId="1259750299">
    <w:abstractNumId w:val="2"/>
  </w:num>
  <w:num w:numId="8" w16cid:durableId="593054412">
    <w:abstractNumId w:val="1"/>
  </w:num>
  <w:num w:numId="9" w16cid:durableId="5120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67F7"/>
    <w:rsid w:val="00326F90"/>
    <w:rsid w:val="00561496"/>
    <w:rsid w:val="00715A5E"/>
    <w:rsid w:val="00A65BD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40AC9C"/>
  <w14:defaultImageDpi w14:val="300"/>
  <w15:docId w15:val="{753E38F5-EEB2-49E7-B073-AE4FE6CF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Katherine Hegedus</cp:lastModifiedBy>
  <cp:revision>2</cp:revision>
  <dcterms:created xsi:type="dcterms:W3CDTF">2026-08-21T14:10:00Z</dcterms:created>
  <dcterms:modified xsi:type="dcterms:W3CDTF">2026-08-21T14:10:00Z</dcterms:modified>
  <cp:category/>
</cp:coreProperties>
</file>