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C5B2" w14:textId="77777777" w:rsidR="00D5114A" w:rsidRDefault="00000000">
      <w:pPr>
        <w:spacing w:after="40"/>
        <w:jc w:val="center"/>
      </w:pPr>
      <w:r>
        <w:rPr>
          <w:b/>
          <w:sz w:val="32"/>
        </w:rPr>
        <w:t>HOW TO OBTAIN A WORLD POLIO DAY PROCLAMATION</w:t>
      </w:r>
    </w:p>
    <w:p w14:paraId="6D032E5B" w14:textId="77777777" w:rsidR="00D5114A" w:rsidRDefault="00000000">
      <w:pPr>
        <w:spacing w:after="160"/>
        <w:jc w:val="center"/>
      </w:pPr>
      <w:r>
        <w:rPr>
          <w:i/>
        </w:rPr>
        <w:t>A simple guide for Rotary clubs</w:t>
      </w:r>
    </w:p>
    <w:tbl>
      <w:tblPr>
        <w:tblW w:w="0" w:type="auto"/>
        <w:jc w:val="center"/>
        <w:tblLook w:val="04A0" w:firstRow="1" w:lastRow="0" w:firstColumn="1" w:lastColumn="0" w:noHBand="0" w:noVBand="1"/>
      </w:tblPr>
      <w:tblGrid>
        <w:gridCol w:w="10224"/>
      </w:tblGrid>
      <w:tr w:rsidR="00D5114A" w14:paraId="25BF66E3" w14:textId="77777777">
        <w:trPr>
          <w:jc w:val="center"/>
        </w:trPr>
        <w:tc>
          <w:tcPr>
            <w:tcW w:w="10224" w:type="dxa"/>
            <w:shd w:val="clear" w:color="auto" w:fill="EAF2F8"/>
            <w:vAlign w:val="center"/>
          </w:tcPr>
          <w:p w14:paraId="2E163A18" w14:textId="77777777" w:rsidR="00D5114A" w:rsidRDefault="00000000">
            <w:pPr>
              <w:spacing w:after="0"/>
            </w:pPr>
            <w:r>
              <w:rPr>
                <w:b/>
              </w:rPr>
              <w:t xml:space="preserve">Why request a proclamation? </w:t>
            </w:r>
            <w:r>
              <w:t>A city proclamation raises public awareness, recognizes Rotary’s leadership in the fight to end polio, and creates an opportunity to promote your club’s World Polio Day and polio walk activities.</w:t>
            </w:r>
          </w:p>
        </w:tc>
      </w:tr>
    </w:tbl>
    <w:p w14:paraId="3ADAE6D6" w14:textId="77777777" w:rsidR="00D5114A" w:rsidRDefault="00000000">
      <w:pPr>
        <w:spacing w:before="80" w:after="20"/>
      </w:pPr>
      <w:r>
        <w:rPr>
          <w:b/>
          <w:sz w:val="22"/>
        </w:rPr>
        <w:t>1. Start Early</w:t>
      </w:r>
    </w:p>
    <w:p w14:paraId="7AD66772" w14:textId="77777777" w:rsidR="00D5114A" w:rsidRDefault="00000000">
      <w:pPr>
        <w:spacing w:after="40" w:line="240" w:lineRule="auto"/>
        <w:ind w:left="259"/>
      </w:pPr>
      <w:r>
        <w:t>Contact the city secretary, mayor’s office, or clerk at least 3–4 weeks before October 24. Ask about the city’s proclamation process, submission deadline, and whether a council presentation is available.</w:t>
      </w:r>
    </w:p>
    <w:p w14:paraId="0E4B7A1A" w14:textId="77777777" w:rsidR="00D5114A" w:rsidRDefault="00000000">
      <w:pPr>
        <w:spacing w:before="80" w:after="20"/>
      </w:pPr>
      <w:r>
        <w:rPr>
          <w:b/>
          <w:sz w:val="22"/>
        </w:rPr>
        <w:t>2. Customize the Template</w:t>
      </w:r>
    </w:p>
    <w:p w14:paraId="0097EA53" w14:textId="77777777" w:rsidR="00D5114A" w:rsidRDefault="00000000">
      <w:pPr>
        <w:spacing w:after="40" w:line="240" w:lineRule="auto"/>
        <w:ind w:left="259"/>
      </w:pPr>
      <w:r>
        <w:t>Replace all bracketed text in the World Polio Day and Polio Walk Proclamation Template with your city, mayor, year, and club name. If several clubs are participating, include each club name.</w:t>
      </w:r>
    </w:p>
    <w:p w14:paraId="5F053270" w14:textId="77777777" w:rsidR="00D5114A" w:rsidRDefault="00000000">
      <w:pPr>
        <w:spacing w:before="80" w:after="20"/>
      </w:pPr>
      <w:r>
        <w:rPr>
          <w:b/>
          <w:sz w:val="22"/>
        </w:rPr>
        <w:t>3. Submit the Request</w:t>
      </w:r>
    </w:p>
    <w:p w14:paraId="656CED0B" w14:textId="77777777" w:rsidR="00D5114A" w:rsidRDefault="00000000">
      <w:pPr>
        <w:spacing w:after="40" w:line="240" w:lineRule="auto"/>
        <w:ind w:left="259"/>
      </w:pPr>
      <w:r>
        <w:t>Email the completed proclamation to the appropriate city contact. Briefly explain World Polio Day, Rotary’s role in polio eradication, and your club’s planned walk or related activity.</w:t>
      </w:r>
    </w:p>
    <w:p w14:paraId="1ECEBC0E" w14:textId="77777777" w:rsidR="00D5114A" w:rsidRDefault="00000000">
      <w:pPr>
        <w:spacing w:before="80" w:after="20"/>
      </w:pPr>
      <w:r>
        <w:rPr>
          <w:b/>
          <w:sz w:val="22"/>
        </w:rPr>
        <w:t>4. Request Public Recognition</w:t>
      </w:r>
    </w:p>
    <w:p w14:paraId="7C111EA1" w14:textId="77777777" w:rsidR="00D5114A" w:rsidRDefault="00000000">
      <w:pPr>
        <w:spacing w:after="40" w:line="240" w:lineRule="auto"/>
        <w:ind w:left="259"/>
      </w:pPr>
      <w:r>
        <w:t>Ask whether the proclamation can be read or presented during a city council meeting. Invite club members, Interact or Rotaract members, community partners, and local media when appropriate.</w:t>
      </w:r>
    </w:p>
    <w:p w14:paraId="37D0F383" w14:textId="77777777" w:rsidR="00D5114A" w:rsidRDefault="00000000">
      <w:pPr>
        <w:spacing w:before="80" w:after="20"/>
      </w:pPr>
      <w:r>
        <w:rPr>
          <w:b/>
          <w:sz w:val="22"/>
        </w:rPr>
        <w:t>5. Prepare for the Presentation</w:t>
      </w:r>
    </w:p>
    <w:p w14:paraId="661AA727" w14:textId="77777777" w:rsidR="00D5114A" w:rsidRDefault="00000000">
      <w:pPr>
        <w:spacing w:after="40" w:line="240" w:lineRule="auto"/>
        <w:ind w:left="259"/>
      </w:pPr>
      <w:r>
        <w:t>Confirm the meeting date, arrival time, speaker, and photo arrangements. Encourage participants to wear Rotary, End Polio Now, or polio walk shirts and bring a club banner if permitted.</w:t>
      </w:r>
    </w:p>
    <w:p w14:paraId="278B76B6" w14:textId="77777777" w:rsidR="00D5114A" w:rsidRDefault="00000000">
      <w:pPr>
        <w:spacing w:before="80" w:after="20"/>
      </w:pPr>
      <w:r>
        <w:rPr>
          <w:b/>
          <w:sz w:val="22"/>
        </w:rPr>
        <w:t>6. Share the Moment</w:t>
      </w:r>
    </w:p>
    <w:p w14:paraId="2C55DB0B" w14:textId="77777777" w:rsidR="00D5114A" w:rsidRDefault="00000000">
      <w:pPr>
        <w:spacing w:after="40" w:line="240" w:lineRule="auto"/>
        <w:ind w:left="259"/>
      </w:pPr>
      <w:r>
        <w:t>Take photos with the mayor or council and share them through club newsletters, social media, local media, and the district. Include details about your local walk, the district walk, or other ways residents can support PolioPlus.</w:t>
      </w:r>
    </w:p>
    <w:p w14:paraId="74C0EDF0" w14:textId="77777777" w:rsidR="00D5114A" w:rsidRDefault="00000000">
      <w:pPr>
        <w:spacing w:before="80" w:after="20"/>
      </w:pPr>
      <w:r>
        <w:rPr>
          <w:b/>
          <w:sz w:val="22"/>
        </w:rPr>
        <w:t>7. Follow Up</w:t>
      </w:r>
    </w:p>
    <w:p w14:paraId="28751231" w14:textId="77777777" w:rsidR="00D5114A" w:rsidRDefault="00000000">
      <w:pPr>
        <w:spacing w:after="40" w:line="240" w:lineRule="auto"/>
        <w:ind w:left="259"/>
      </w:pPr>
      <w:r>
        <w:t>Thank the mayor, council, and city staff. Provide them with event photos afterward and invite them to attend or participate in your World Polio Day activities.</w:t>
      </w:r>
    </w:p>
    <w:p w14:paraId="2E479AF9" w14:textId="77777777" w:rsidR="00D5114A" w:rsidRDefault="00000000">
      <w:pPr>
        <w:spacing w:before="100" w:after="40"/>
      </w:pPr>
      <w:r>
        <w:rPr>
          <w:b/>
          <w:sz w:val="22"/>
        </w:rPr>
        <w:t>Suggested Email Language</w:t>
      </w:r>
    </w:p>
    <w:tbl>
      <w:tblPr>
        <w:tblW w:w="0" w:type="auto"/>
        <w:jc w:val="center"/>
        <w:tblLook w:val="04A0" w:firstRow="1" w:lastRow="0" w:firstColumn="1" w:lastColumn="0" w:noHBand="0" w:noVBand="1"/>
      </w:tblPr>
      <w:tblGrid>
        <w:gridCol w:w="10224"/>
      </w:tblGrid>
      <w:tr w:rsidR="00D5114A" w14:paraId="051E9C50" w14:textId="77777777">
        <w:trPr>
          <w:jc w:val="center"/>
        </w:trPr>
        <w:tc>
          <w:tcPr>
            <w:tcW w:w="10224" w:type="dxa"/>
            <w:shd w:val="clear" w:color="auto" w:fill="F4F4F4"/>
          </w:tcPr>
          <w:p w14:paraId="0C110CA4" w14:textId="77777777" w:rsidR="00D5114A" w:rsidRDefault="00000000">
            <w:pPr>
              <w:spacing w:after="0"/>
            </w:pPr>
            <w:r>
              <w:rPr>
                <w:i/>
              </w:rPr>
              <w:t>Our Rotary club respectfully requests that the City of [City Name] proclaim October 24, [Year], as World Polio Day. Rotary has worked for more than four decades to eradicate polio, and our club will observe the day through [brief description of walk or activity]. A completed proclamation template is attached for your consideration.</w:t>
            </w:r>
          </w:p>
        </w:tc>
      </w:tr>
    </w:tbl>
    <w:p w14:paraId="025F6D67" w14:textId="77777777" w:rsidR="00D5114A" w:rsidRDefault="00000000">
      <w:pPr>
        <w:spacing w:before="100" w:after="0"/>
      </w:pPr>
      <w:r>
        <w:rPr>
          <w:b/>
        </w:rPr>
        <w:t xml:space="preserve">Helpful reminder: </w:t>
      </w:r>
      <w:r>
        <w:t>Each city follows its own process. Be flexible, courteous, and prepared to revise the proclamation to match the city’s preferred format.</w:t>
      </w:r>
    </w:p>
    <w:sectPr w:rsidR="00D5114A" w:rsidSect="00034616">
      <w:footerReference w:type="default" r:id="rId8"/>
      <w:pgSz w:w="12240" w:h="15840"/>
      <w:pgMar w:top="792"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8B2C2" w14:textId="77777777" w:rsidR="00C958C6" w:rsidRDefault="00C958C6">
      <w:pPr>
        <w:spacing w:after="0" w:line="240" w:lineRule="auto"/>
      </w:pPr>
      <w:r>
        <w:separator/>
      </w:r>
    </w:p>
  </w:endnote>
  <w:endnote w:type="continuationSeparator" w:id="0">
    <w:p w14:paraId="3A12CF68" w14:textId="77777777" w:rsidR="00C958C6" w:rsidRDefault="00C95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D736" w14:textId="77777777" w:rsidR="00D5114A" w:rsidRDefault="00000000">
    <w:pPr>
      <w:pStyle w:val="Footer"/>
      <w:jc w:val="center"/>
    </w:pPr>
    <w:r>
      <w:rPr>
        <w:i/>
        <w:sz w:val="16"/>
      </w:rPr>
      <w:t>World Polio Day and Polio Walk Club Resource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2D503" w14:textId="77777777" w:rsidR="00C958C6" w:rsidRDefault="00C958C6">
      <w:pPr>
        <w:spacing w:after="0" w:line="240" w:lineRule="auto"/>
      </w:pPr>
      <w:r>
        <w:separator/>
      </w:r>
    </w:p>
  </w:footnote>
  <w:footnote w:type="continuationSeparator" w:id="0">
    <w:p w14:paraId="128169E2" w14:textId="77777777" w:rsidR="00C958C6" w:rsidRDefault="00C958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6420494">
    <w:abstractNumId w:val="8"/>
  </w:num>
  <w:num w:numId="2" w16cid:durableId="1154226390">
    <w:abstractNumId w:val="6"/>
  </w:num>
  <w:num w:numId="3" w16cid:durableId="484511001">
    <w:abstractNumId w:val="5"/>
  </w:num>
  <w:num w:numId="4" w16cid:durableId="777944618">
    <w:abstractNumId w:val="4"/>
  </w:num>
  <w:num w:numId="5" w16cid:durableId="1503163150">
    <w:abstractNumId w:val="7"/>
  </w:num>
  <w:num w:numId="6" w16cid:durableId="714812702">
    <w:abstractNumId w:val="3"/>
  </w:num>
  <w:num w:numId="7" w16cid:durableId="516239773">
    <w:abstractNumId w:val="2"/>
  </w:num>
  <w:num w:numId="8" w16cid:durableId="146895554">
    <w:abstractNumId w:val="1"/>
  </w:num>
  <w:num w:numId="9" w16cid:durableId="616066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96D63"/>
    <w:rsid w:val="007E0B3E"/>
    <w:rsid w:val="008167A5"/>
    <w:rsid w:val="00AA1D8D"/>
    <w:rsid w:val="00B47730"/>
    <w:rsid w:val="00C958C6"/>
    <w:rsid w:val="00CB0664"/>
    <w:rsid w:val="00D511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0CC73F"/>
  <w14:defaultImageDpi w14:val="300"/>
  <w15:docId w15:val="{5D040F9F-42F6-41F5-9377-C17D16E6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Russell Sander</cp:lastModifiedBy>
  <cp:revision>2</cp:revision>
  <dcterms:created xsi:type="dcterms:W3CDTF">2026-07-27T23:28:00Z</dcterms:created>
  <dcterms:modified xsi:type="dcterms:W3CDTF">2026-07-27T23:28:00Z</dcterms:modified>
  <cp:category/>
</cp:coreProperties>
</file>