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BEF89" w14:textId="77777777" w:rsidR="00D8249A" w:rsidRDefault="00000000">
      <w:pPr>
        <w:pStyle w:val="Heading1"/>
        <w:jc w:val="center"/>
      </w:pPr>
      <w:r>
        <w:t>World Polio Day and Polio Walk Proclamation Template</w:t>
      </w:r>
    </w:p>
    <w:p w14:paraId="18F1252D" w14:textId="77777777" w:rsidR="00D8249A" w:rsidRDefault="00000000">
      <w:r>
        <w:rPr>
          <w:b/>
        </w:rPr>
        <w:t xml:space="preserve">Instructions: </w:t>
      </w:r>
      <w:r>
        <w:t>Replace all bracketed text with your local information before submitting this proclamation to your mayor or city council. If multiple Rotary clubs are participating, list all participating clubs where indicated.</w:t>
      </w:r>
    </w:p>
    <w:p w14:paraId="762BF0FB" w14:textId="77777777" w:rsidR="00D8249A" w:rsidRDefault="00D8249A"/>
    <w:p w14:paraId="0EC8D1E3" w14:textId="77777777" w:rsidR="00D8249A" w:rsidRDefault="00000000">
      <w:r>
        <w:rPr>
          <w:b/>
        </w:rPr>
        <w:t xml:space="preserve">WHEREAS, </w:t>
      </w:r>
      <w:r>
        <w:t>Rotary International is a global network of more than 1.2 million neighbors, friends, leaders, and problem-solvers who unite to take action and create lasting change in communities around the world; and</w:t>
      </w:r>
    </w:p>
    <w:p w14:paraId="492898F4" w14:textId="77777777" w:rsidR="00D8249A" w:rsidRDefault="00000000">
      <w:r>
        <w:rPr>
          <w:b/>
        </w:rPr>
        <w:t xml:space="preserve">WHEREAS, </w:t>
      </w:r>
      <w:r>
        <w:t>guided by its motto, “Service Above Self,” Rotary members have worked for more than four decades to eradicate polio through advocacy, volunteer service, fundraising, and support of lifesaving immunization efforts; and</w:t>
      </w:r>
    </w:p>
    <w:p w14:paraId="358097EA" w14:textId="77777777" w:rsidR="00D8249A" w:rsidRDefault="00000000">
      <w:r>
        <w:rPr>
          <w:b/>
        </w:rPr>
        <w:t xml:space="preserve">WHEREAS, </w:t>
      </w:r>
      <w:r>
        <w:t>Rotary International launched the PolioPlus program in 1985 and was a founding partner of the Global Polio Eradication Initiative, joining the World Health Organization, UNICEF, the U.S. Centers for Disease Control and Prevention, the Bill &amp; Melinda Gates Foundation, Gavi, the Vaccine Alliance, and national governments in one of history's largest public health partnerships; and</w:t>
      </w:r>
    </w:p>
    <w:p w14:paraId="2150CC98" w14:textId="77777777" w:rsidR="00D8249A" w:rsidRDefault="00000000">
      <w:r>
        <w:rPr>
          <w:b/>
        </w:rPr>
        <w:t xml:space="preserve">WHEREAS, </w:t>
      </w:r>
      <w:r>
        <w:t>Rotary members have contributed more than $2.9 billion and countless volunteer hours to the global effort to end polio, helping reduce the number of reported polio cases by more than 99.9 percent since 1988; and</w:t>
      </w:r>
    </w:p>
    <w:p w14:paraId="33C59BDE" w14:textId="77777777" w:rsidR="00D8249A" w:rsidRDefault="00000000">
      <w:r>
        <w:rPr>
          <w:b/>
        </w:rPr>
        <w:t xml:space="preserve">WHEREAS, </w:t>
      </w:r>
      <w:r>
        <w:t>World Polio Day is observed each year on October 24, commemorating the birth of Dr. Jonas Salk, whose pioneering work led to the development of the first safe and effective polio vaccine, while recognizing the continued global effort to eradicate this devastating disease; and</w:t>
      </w:r>
    </w:p>
    <w:p w14:paraId="3EF9536A" w14:textId="77777777" w:rsidR="00D8249A" w:rsidRDefault="00000000">
      <w:r>
        <w:rPr>
          <w:b/>
        </w:rPr>
        <w:t xml:space="preserve">WHEREAS, </w:t>
      </w:r>
      <w:r>
        <w:t>although tremendous progress has been achieved, polio remains endemic in only a small number of areas, and continued immunization, advocacy, and financial support are essential until every child, everywhere, is protected from this preventable disease; and</w:t>
      </w:r>
    </w:p>
    <w:p w14:paraId="7E01D315" w14:textId="77777777" w:rsidR="00D8249A" w:rsidRDefault="00000000">
      <w:r>
        <w:rPr>
          <w:b/>
        </w:rPr>
        <w:t xml:space="preserve">WHEREAS, </w:t>
      </w:r>
      <w:r>
        <w:t>the Rotary Club of [Club Name] (or Rotary Clubs of [Club Names]) continues Rotary's commitment to improving lives through local service, humanitarian projects, and support of the PolioPlus program; and</w:t>
      </w:r>
    </w:p>
    <w:p w14:paraId="270BDB12" w14:textId="77777777" w:rsidR="00D8249A" w:rsidRDefault="00000000">
      <w:r>
        <w:rPr>
          <w:b/>
        </w:rPr>
        <w:t xml:space="preserve">WHEREAS, </w:t>
      </w:r>
      <w:r>
        <w:t>the Rotary Club of [Club Name] (or Rotary Clubs of [Club Names]) is participating in the World's Largest Polio Walk and other World Polio Day activities to raise awareness, inspire community involvement, and help achieve a world free of polio;</w:t>
      </w:r>
    </w:p>
    <w:p w14:paraId="0CE0008F" w14:textId="77777777" w:rsidR="00D8249A" w:rsidRDefault="00000000">
      <w:r>
        <w:rPr>
          <w:b/>
        </w:rPr>
        <w:t xml:space="preserve">NOW, THEREFORE, </w:t>
      </w:r>
      <w:r>
        <w:t>I, [Mayor's Name], Mayor of the City of [City Name], Texas, on behalf of the City Council, do hereby proclaim October 24, [Year] as</w:t>
      </w:r>
    </w:p>
    <w:p w14:paraId="08821836" w14:textId="77777777" w:rsidR="00D8249A" w:rsidRDefault="00000000">
      <w:pPr>
        <w:pStyle w:val="Heading2"/>
        <w:jc w:val="center"/>
      </w:pPr>
      <w:r>
        <w:lastRenderedPageBreak/>
        <w:t>WORLD POLIO DAY</w:t>
      </w:r>
    </w:p>
    <w:p w14:paraId="01E7942E" w14:textId="77777777" w:rsidR="00D8249A" w:rsidRDefault="00000000">
      <w:r>
        <w:t>in the City of [City Name], and commend the Rotary Club of [Club Name] (or Rotary Clubs of [Club Names]) for its dedication to improving lives locally and around the world through Rotary's ongoing effort to eradicate polio.</w:t>
      </w:r>
    </w:p>
    <w:p w14:paraId="2C2C63E8" w14:textId="77777777" w:rsidR="00D8249A" w:rsidRDefault="00000000">
      <w:r>
        <w:rPr>
          <w:b/>
        </w:rPr>
        <w:t xml:space="preserve">BE IT FURTHER PROCLAIMED </w:t>
      </w:r>
      <w:r>
        <w:t>that all residents are encouraged to observe World Polio Day, learn more about the global effort to eradicate polio, support immunization programs, and join the Rotary Club of [Club Name] (or Rotary Clubs of [Club Names]) in participating in the World's Largest Polio Walk and other community activities that raise awareness and support Rotary's PolioPlus program.</w:t>
      </w:r>
    </w:p>
    <w:p w14:paraId="3E0181CB" w14:textId="77777777" w:rsidR="00D8249A" w:rsidRDefault="00000000">
      <w:r>
        <w:rPr>
          <w:b/>
        </w:rPr>
        <w:t xml:space="preserve">IN WITNESS WHEREOF, </w:t>
      </w:r>
      <w:r>
        <w:t>I have hereunto set my hand and caused the Official Seal of the City of [City Name], Texas, to be affixed this _____ day of __________________, 20____.</w:t>
      </w:r>
    </w:p>
    <w:p w14:paraId="5ADD104D" w14:textId="77777777" w:rsidR="00D8249A" w:rsidRDefault="00000000">
      <w:r>
        <w:br/>
        <w:t>__________________________________</w:t>
      </w:r>
      <w:r>
        <w:br/>
        <w:t>[Mayor's Name]</w:t>
      </w:r>
      <w:r>
        <w:br/>
        <w:t>Mayor</w:t>
      </w:r>
    </w:p>
    <w:p w14:paraId="6DC745B8" w14:textId="77777777" w:rsidR="00D8249A" w:rsidRDefault="00000000">
      <w:r>
        <w:t>Attest:</w:t>
      </w:r>
      <w:r>
        <w:br/>
      </w:r>
      <w:r>
        <w:br/>
        <w:t>__________________________________</w:t>
      </w:r>
      <w:r>
        <w:br/>
        <w:t>[City Secretary's Name]</w:t>
      </w:r>
      <w:r>
        <w:br/>
        <w:t>City Secretary</w:t>
      </w:r>
    </w:p>
    <w:sectPr w:rsidR="00D8249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7674881">
    <w:abstractNumId w:val="8"/>
  </w:num>
  <w:num w:numId="2" w16cid:durableId="745149125">
    <w:abstractNumId w:val="6"/>
  </w:num>
  <w:num w:numId="3" w16cid:durableId="1595361191">
    <w:abstractNumId w:val="5"/>
  </w:num>
  <w:num w:numId="4" w16cid:durableId="1284314370">
    <w:abstractNumId w:val="4"/>
  </w:num>
  <w:num w:numId="5" w16cid:durableId="2037535115">
    <w:abstractNumId w:val="7"/>
  </w:num>
  <w:num w:numId="6" w16cid:durableId="727072854">
    <w:abstractNumId w:val="3"/>
  </w:num>
  <w:num w:numId="7" w16cid:durableId="1622884730">
    <w:abstractNumId w:val="2"/>
  </w:num>
  <w:num w:numId="8" w16cid:durableId="1375422792">
    <w:abstractNumId w:val="1"/>
  </w:num>
  <w:num w:numId="9" w16cid:durableId="147400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96D63"/>
    <w:rsid w:val="00AA1D8D"/>
    <w:rsid w:val="00B47730"/>
    <w:rsid w:val="00CB0664"/>
    <w:rsid w:val="00D8249A"/>
    <w:rsid w:val="00EF26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3DC697"/>
  <w14:defaultImageDpi w14:val="300"/>
  <w15:docId w15:val="{5D040F9F-42F6-41F5-9377-C17D16E6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Russell Sander</cp:lastModifiedBy>
  <cp:revision>2</cp:revision>
  <dcterms:created xsi:type="dcterms:W3CDTF">2026-07-27T23:27:00Z</dcterms:created>
  <dcterms:modified xsi:type="dcterms:W3CDTF">2026-07-27T23:27:00Z</dcterms:modified>
  <cp:category/>
</cp:coreProperties>
</file>